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2E81" w14:textId="77777777" w:rsidR="007D7A3C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0674E4DB" w14:textId="22A52508" w:rsidR="007D7A3C" w:rsidRDefault="00000000">
      <w:pPr>
        <w:spacing w:after="140"/>
        <w:jc w:val="center"/>
      </w:pPr>
      <w:r>
        <w:rPr>
          <w:i/>
        </w:rPr>
        <w:t xml:space="preserve">13 · Journey / </w:t>
      </w:r>
      <w:proofErr w:type="spellStart"/>
      <w:r>
        <w:rPr>
          <w:i/>
        </w:rPr>
        <w:t>trabajo</w:t>
      </w:r>
      <w:proofErr w:type="spellEnd"/>
      <w:r>
        <w:rPr>
          <w:i/>
        </w:rPr>
        <w:t xml:space="preserve"> anterior</w:t>
      </w:r>
      <w:r w:rsidR="00AA0E59">
        <w:rPr>
          <w:i/>
        </w:rPr>
        <w:br/>
      </w:r>
    </w:p>
    <w:p w14:paraId="4D7C5ECE" w14:textId="77777777" w:rsidR="007D7A3C" w:rsidRPr="00AA0E59" w:rsidRDefault="00000000">
      <w:pPr>
        <w:pStyle w:val="Ttulo1"/>
        <w:rPr>
          <w:sz w:val="32"/>
          <w:szCs w:val="32"/>
        </w:rPr>
      </w:pPr>
      <w:r w:rsidRPr="00AA0E59">
        <w:rPr>
          <w:sz w:val="32"/>
          <w:szCs w:val="32"/>
        </w:rPr>
        <w:t>Journey de paciente elaborado en 2023</w:t>
      </w:r>
    </w:p>
    <w:p w14:paraId="374DD5FC" w14:textId="348A591B" w:rsidR="007D7A3C" w:rsidRDefault="00000000">
      <w:r w:rsidRPr="00AA0E59">
        <w:rPr>
          <w:sz w:val="22"/>
          <w:szCs w:val="24"/>
        </w:rPr>
        <w:t xml:space="preserve">En 2023 la clínica realizó internamente un ejercicio sencillo para describir el recorrido de un paciente de consulta y cirugía. El documento no se ha </w:t>
      </w:r>
      <w:proofErr w:type="spellStart"/>
      <w:r w:rsidRPr="00AA0E59">
        <w:rPr>
          <w:sz w:val="22"/>
          <w:szCs w:val="24"/>
        </w:rPr>
        <w:t>actualizado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desde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entonces</w:t>
      </w:r>
      <w:proofErr w:type="spellEnd"/>
      <w:r w:rsidRPr="00AA0E59">
        <w:rPr>
          <w:sz w:val="22"/>
          <w:szCs w:val="24"/>
        </w:rPr>
        <w:t>.</w:t>
      </w:r>
      <w:r w:rsidR="00AA0E59">
        <w:br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7D7A3C" w14:paraId="3839D605" w14:textId="77777777" w:rsidTr="00AA0E59">
        <w:trPr>
          <w:trHeight w:val="595"/>
          <w:jc w:val="center"/>
        </w:trPr>
        <w:tc>
          <w:tcPr>
            <w:tcW w:w="2550" w:type="dxa"/>
            <w:shd w:val="clear" w:color="auto" w:fill="C6D9F1" w:themeFill="text2" w:themeFillTint="33"/>
            <w:vAlign w:val="center"/>
          </w:tcPr>
          <w:p w14:paraId="4016F386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b/>
                <w:sz w:val="22"/>
                <w:szCs w:val="32"/>
              </w:rPr>
              <w:t>Etapa</w:t>
            </w:r>
          </w:p>
        </w:tc>
        <w:tc>
          <w:tcPr>
            <w:tcW w:w="2550" w:type="dxa"/>
            <w:shd w:val="clear" w:color="auto" w:fill="C6D9F1" w:themeFill="text2" w:themeFillTint="33"/>
            <w:vAlign w:val="center"/>
          </w:tcPr>
          <w:p w14:paraId="4B892063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b/>
                <w:sz w:val="22"/>
                <w:szCs w:val="32"/>
              </w:rPr>
              <w:t>Punto de contacto</w:t>
            </w:r>
          </w:p>
        </w:tc>
        <w:tc>
          <w:tcPr>
            <w:tcW w:w="2550" w:type="dxa"/>
            <w:shd w:val="clear" w:color="auto" w:fill="C6D9F1" w:themeFill="text2" w:themeFillTint="33"/>
            <w:vAlign w:val="center"/>
          </w:tcPr>
          <w:p w14:paraId="66AC6575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b/>
                <w:sz w:val="22"/>
                <w:szCs w:val="32"/>
              </w:rPr>
              <w:t>Experiencia esperada</w:t>
            </w:r>
          </w:p>
        </w:tc>
        <w:tc>
          <w:tcPr>
            <w:tcW w:w="2550" w:type="dxa"/>
            <w:shd w:val="clear" w:color="auto" w:fill="C6D9F1" w:themeFill="text2" w:themeFillTint="33"/>
            <w:vAlign w:val="center"/>
          </w:tcPr>
          <w:p w14:paraId="7EBD1E21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b/>
                <w:sz w:val="22"/>
                <w:szCs w:val="32"/>
              </w:rPr>
              <w:t>Riesgo 2023</w:t>
            </w:r>
          </w:p>
        </w:tc>
      </w:tr>
      <w:tr w:rsidR="007D7A3C" w14:paraId="21AA10B1" w14:textId="77777777" w:rsidTr="00AA0E59">
        <w:trPr>
          <w:trHeight w:val="567"/>
          <w:jc w:val="center"/>
        </w:trPr>
        <w:tc>
          <w:tcPr>
            <w:tcW w:w="2550" w:type="dxa"/>
            <w:vAlign w:val="center"/>
          </w:tcPr>
          <w:p w14:paraId="1DD44560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1. Descubrimiento</w:t>
            </w:r>
          </w:p>
        </w:tc>
        <w:tc>
          <w:tcPr>
            <w:tcW w:w="2550" w:type="dxa"/>
            <w:vAlign w:val="center"/>
          </w:tcPr>
          <w:p w14:paraId="73763941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Web / recomendación</w:t>
            </w:r>
          </w:p>
        </w:tc>
        <w:tc>
          <w:tcPr>
            <w:tcW w:w="2550" w:type="dxa"/>
            <w:vAlign w:val="center"/>
          </w:tcPr>
          <w:p w14:paraId="197F7A76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Información suficiente</w:t>
            </w:r>
          </w:p>
        </w:tc>
        <w:tc>
          <w:tcPr>
            <w:tcW w:w="2550" w:type="dxa"/>
            <w:vAlign w:val="center"/>
          </w:tcPr>
          <w:p w14:paraId="4A89C07B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Bajo</w:t>
            </w:r>
          </w:p>
        </w:tc>
      </w:tr>
      <w:tr w:rsidR="007D7A3C" w14:paraId="0AA6BDDD" w14:textId="77777777" w:rsidTr="00AA0E59">
        <w:trPr>
          <w:trHeight w:val="567"/>
          <w:jc w:val="center"/>
        </w:trPr>
        <w:tc>
          <w:tcPr>
            <w:tcW w:w="2550" w:type="dxa"/>
            <w:vAlign w:val="center"/>
          </w:tcPr>
          <w:p w14:paraId="144F2042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2. Solicitud de cita</w:t>
            </w:r>
          </w:p>
        </w:tc>
        <w:tc>
          <w:tcPr>
            <w:tcW w:w="2550" w:type="dxa"/>
            <w:vAlign w:val="center"/>
          </w:tcPr>
          <w:p w14:paraId="3A95422B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Teléfono / formulario</w:t>
            </w:r>
          </w:p>
        </w:tc>
        <w:tc>
          <w:tcPr>
            <w:tcW w:w="2550" w:type="dxa"/>
            <w:vAlign w:val="center"/>
          </w:tcPr>
          <w:p w14:paraId="0B183C53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Atención personalizada</w:t>
            </w:r>
          </w:p>
        </w:tc>
        <w:tc>
          <w:tcPr>
            <w:tcW w:w="2550" w:type="dxa"/>
            <w:vAlign w:val="center"/>
          </w:tcPr>
          <w:p w14:paraId="3BCEE151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Bajo</w:t>
            </w:r>
          </w:p>
        </w:tc>
      </w:tr>
      <w:tr w:rsidR="007D7A3C" w14:paraId="1BE4E178" w14:textId="77777777" w:rsidTr="00AA0E59">
        <w:trPr>
          <w:trHeight w:val="567"/>
          <w:jc w:val="center"/>
        </w:trPr>
        <w:tc>
          <w:tcPr>
            <w:tcW w:w="2550" w:type="dxa"/>
            <w:vAlign w:val="center"/>
          </w:tcPr>
          <w:p w14:paraId="39CE8E2B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3. Preparación</w:t>
            </w:r>
          </w:p>
        </w:tc>
        <w:tc>
          <w:tcPr>
            <w:tcW w:w="2550" w:type="dxa"/>
            <w:vAlign w:val="center"/>
          </w:tcPr>
          <w:p w14:paraId="4430DB04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Llamada / email</w:t>
            </w:r>
          </w:p>
        </w:tc>
        <w:tc>
          <w:tcPr>
            <w:tcW w:w="2550" w:type="dxa"/>
            <w:vAlign w:val="center"/>
          </w:tcPr>
          <w:p w14:paraId="214F08AA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Instrucciones claras</w:t>
            </w:r>
          </w:p>
        </w:tc>
        <w:tc>
          <w:tcPr>
            <w:tcW w:w="2550" w:type="dxa"/>
            <w:vAlign w:val="center"/>
          </w:tcPr>
          <w:p w14:paraId="700C1DEC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Bajo</w:t>
            </w:r>
          </w:p>
        </w:tc>
      </w:tr>
      <w:tr w:rsidR="007D7A3C" w14:paraId="19169BC3" w14:textId="77777777" w:rsidTr="00AA0E59">
        <w:trPr>
          <w:trHeight w:val="567"/>
          <w:jc w:val="center"/>
        </w:trPr>
        <w:tc>
          <w:tcPr>
            <w:tcW w:w="2550" w:type="dxa"/>
            <w:vAlign w:val="center"/>
          </w:tcPr>
          <w:p w14:paraId="36AA8073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4. Llegada</w:t>
            </w:r>
          </w:p>
        </w:tc>
        <w:tc>
          <w:tcPr>
            <w:tcW w:w="2550" w:type="dxa"/>
            <w:vAlign w:val="center"/>
          </w:tcPr>
          <w:p w14:paraId="460E9D09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Recepción</w:t>
            </w:r>
          </w:p>
        </w:tc>
        <w:tc>
          <w:tcPr>
            <w:tcW w:w="2550" w:type="dxa"/>
            <w:vAlign w:val="center"/>
          </w:tcPr>
          <w:p w14:paraId="39AB3345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Acogida amable</w:t>
            </w:r>
          </w:p>
        </w:tc>
        <w:tc>
          <w:tcPr>
            <w:tcW w:w="2550" w:type="dxa"/>
            <w:vAlign w:val="center"/>
          </w:tcPr>
          <w:p w14:paraId="77DA9F1A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Bajo</w:t>
            </w:r>
          </w:p>
        </w:tc>
      </w:tr>
      <w:tr w:rsidR="007D7A3C" w14:paraId="63EFE225" w14:textId="77777777" w:rsidTr="00AA0E59">
        <w:trPr>
          <w:trHeight w:val="567"/>
          <w:jc w:val="center"/>
        </w:trPr>
        <w:tc>
          <w:tcPr>
            <w:tcW w:w="2550" w:type="dxa"/>
            <w:vAlign w:val="center"/>
          </w:tcPr>
          <w:p w14:paraId="1362504C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5. Espera</w:t>
            </w:r>
          </w:p>
        </w:tc>
        <w:tc>
          <w:tcPr>
            <w:tcW w:w="2550" w:type="dxa"/>
            <w:vAlign w:val="center"/>
          </w:tcPr>
          <w:p w14:paraId="3DAF3FE3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Sala de espera</w:t>
            </w:r>
          </w:p>
        </w:tc>
        <w:tc>
          <w:tcPr>
            <w:tcW w:w="2550" w:type="dxa"/>
            <w:vAlign w:val="center"/>
          </w:tcPr>
          <w:p w14:paraId="0732BDDC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Tiempo razonable</w:t>
            </w:r>
          </w:p>
        </w:tc>
        <w:tc>
          <w:tcPr>
            <w:tcW w:w="2550" w:type="dxa"/>
            <w:vAlign w:val="center"/>
          </w:tcPr>
          <w:p w14:paraId="40AA64F5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Medio</w:t>
            </w:r>
          </w:p>
        </w:tc>
      </w:tr>
      <w:tr w:rsidR="007D7A3C" w14:paraId="42F0086B" w14:textId="77777777" w:rsidTr="00AA0E59">
        <w:trPr>
          <w:trHeight w:val="567"/>
          <w:jc w:val="center"/>
        </w:trPr>
        <w:tc>
          <w:tcPr>
            <w:tcW w:w="2550" w:type="dxa"/>
            <w:vAlign w:val="center"/>
          </w:tcPr>
          <w:p w14:paraId="04C388CD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6. Consulta/pruebas</w:t>
            </w:r>
          </w:p>
        </w:tc>
        <w:tc>
          <w:tcPr>
            <w:tcW w:w="2550" w:type="dxa"/>
            <w:vAlign w:val="center"/>
          </w:tcPr>
          <w:p w14:paraId="5C63CE67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Equipo clínico</w:t>
            </w:r>
          </w:p>
        </w:tc>
        <w:tc>
          <w:tcPr>
            <w:tcW w:w="2550" w:type="dxa"/>
            <w:vAlign w:val="center"/>
          </w:tcPr>
          <w:p w14:paraId="7BF22C84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Confianza y claridad</w:t>
            </w:r>
          </w:p>
        </w:tc>
        <w:tc>
          <w:tcPr>
            <w:tcW w:w="2550" w:type="dxa"/>
            <w:vAlign w:val="center"/>
          </w:tcPr>
          <w:p w14:paraId="14A2C1C3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Bajo</w:t>
            </w:r>
          </w:p>
        </w:tc>
      </w:tr>
      <w:tr w:rsidR="007D7A3C" w14:paraId="1DAEEE31" w14:textId="77777777" w:rsidTr="00AA0E59">
        <w:trPr>
          <w:trHeight w:val="567"/>
          <w:jc w:val="center"/>
        </w:trPr>
        <w:tc>
          <w:tcPr>
            <w:tcW w:w="2550" w:type="dxa"/>
            <w:vAlign w:val="center"/>
          </w:tcPr>
          <w:p w14:paraId="0D7FBBA7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7. Intervención</w:t>
            </w:r>
          </w:p>
        </w:tc>
        <w:tc>
          <w:tcPr>
            <w:tcW w:w="2550" w:type="dxa"/>
            <w:vAlign w:val="center"/>
          </w:tcPr>
          <w:p w14:paraId="784EB3C8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Equipo quirúrgico</w:t>
            </w:r>
          </w:p>
        </w:tc>
        <w:tc>
          <w:tcPr>
            <w:tcW w:w="2550" w:type="dxa"/>
            <w:vAlign w:val="center"/>
          </w:tcPr>
          <w:p w14:paraId="7E53EFBF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Seguridad</w:t>
            </w:r>
          </w:p>
        </w:tc>
        <w:tc>
          <w:tcPr>
            <w:tcW w:w="2550" w:type="dxa"/>
            <w:vAlign w:val="center"/>
          </w:tcPr>
          <w:p w14:paraId="75216865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Bajo</w:t>
            </w:r>
          </w:p>
        </w:tc>
      </w:tr>
      <w:tr w:rsidR="007D7A3C" w14:paraId="11A8CE22" w14:textId="77777777" w:rsidTr="00AA0E59">
        <w:trPr>
          <w:trHeight w:val="567"/>
          <w:jc w:val="center"/>
        </w:trPr>
        <w:tc>
          <w:tcPr>
            <w:tcW w:w="2550" w:type="dxa"/>
            <w:vAlign w:val="center"/>
          </w:tcPr>
          <w:p w14:paraId="5AF49F3F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8. Seguimiento</w:t>
            </w:r>
          </w:p>
        </w:tc>
        <w:tc>
          <w:tcPr>
            <w:tcW w:w="2550" w:type="dxa"/>
            <w:vAlign w:val="center"/>
          </w:tcPr>
          <w:p w14:paraId="758E1EBB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Llamada</w:t>
            </w:r>
          </w:p>
        </w:tc>
        <w:tc>
          <w:tcPr>
            <w:tcW w:w="2550" w:type="dxa"/>
            <w:vAlign w:val="center"/>
          </w:tcPr>
          <w:p w14:paraId="683DECE2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Acompañamiento</w:t>
            </w:r>
          </w:p>
        </w:tc>
        <w:tc>
          <w:tcPr>
            <w:tcW w:w="2550" w:type="dxa"/>
            <w:vAlign w:val="center"/>
          </w:tcPr>
          <w:p w14:paraId="2AB58B2C" w14:textId="77777777" w:rsidR="007D7A3C" w:rsidRPr="00AA0E59" w:rsidRDefault="00000000" w:rsidP="00AA0E59">
            <w:pPr>
              <w:spacing w:after="0"/>
              <w:rPr>
                <w:sz w:val="22"/>
                <w:szCs w:val="32"/>
              </w:rPr>
            </w:pPr>
            <w:r w:rsidRPr="00AA0E59">
              <w:rPr>
                <w:sz w:val="22"/>
                <w:szCs w:val="32"/>
              </w:rPr>
              <w:t>Bajo</w:t>
            </w:r>
          </w:p>
        </w:tc>
      </w:tr>
    </w:tbl>
    <w:p w14:paraId="13F8BC34" w14:textId="3A89394D" w:rsidR="007D7A3C" w:rsidRPr="00AA0E59" w:rsidRDefault="00AA0E59">
      <w:pPr>
        <w:pStyle w:val="Ttulo1"/>
        <w:rPr>
          <w:sz w:val="32"/>
          <w:szCs w:val="32"/>
        </w:rPr>
      </w:pPr>
      <w:r>
        <w:br/>
      </w:r>
      <w:proofErr w:type="spellStart"/>
      <w:r w:rsidR="00000000" w:rsidRPr="00AA0E59">
        <w:rPr>
          <w:sz w:val="32"/>
          <w:szCs w:val="32"/>
        </w:rPr>
        <w:t>Limitaciones</w:t>
      </w:r>
      <w:proofErr w:type="spellEnd"/>
      <w:r w:rsidR="00000000" w:rsidRPr="00AA0E59">
        <w:rPr>
          <w:sz w:val="32"/>
          <w:szCs w:val="32"/>
        </w:rPr>
        <w:t xml:space="preserve"> del </w:t>
      </w:r>
      <w:proofErr w:type="spellStart"/>
      <w:r w:rsidR="00000000" w:rsidRPr="00AA0E59">
        <w:rPr>
          <w:sz w:val="32"/>
          <w:szCs w:val="32"/>
        </w:rPr>
        <w:t>trabajo</w:t>
      </w:r>
      <w:proofErr w:type="spellEnd"/>
      <w:r w:rsidR="00000000" w:rsidRPr="00AA0E59">
        <w:rPr>
          <w:sz w:val="32"/>
          <w:szCs w:val="32"/>
        </w:rPr>
        <w:t xml:space="preserve"> anterior</w:t>
      </w:r>
    </w:p>
    <w:p w14:paraId="4858E62A" w14:textId="5C3E183C" w:rsidR="007D7A3C" w:rsidRPr="00AA0E59" w:rsidRDefault="00000000" w:rsidP="00AA0E59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0E59">
        <w:rPr>
          <w:sz w:val="22"/>
          <w:szCs w:val="24"/>
        </w:rPr>
        <w:t xml:space="preserve">Se </w:t>
      </w:r>
      <w:proofErr w:type="spellStart"/>
      <w:r w:rsidRPr="00AA0E59">
        <w:rPr>
          <w:sz w:val="22"/>
          <w:szCs w:val="24"/>
        </w:rPr>
        <w:t>elaboró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principalmente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desde</w:t>
      </w:r>
      <w:proofErr w:type="spellEnd"/>
      <w:r w:rsidRPr="00AA0E59">
        <w:rPr>
          <w:sz w:val="22"/>
          <w:szCs w:val="24"/>
        </w:rPr>
        <w:t xml:space="preserve"> la perspectiva interna.</w:t>
      </w:r>
    </w:p>
    <w:p w14:paraId="1582B9D8" w14:textId="3AD35F65" w:rsidR="007D7A3C" w:rsidRPr="00AA0E59" w:rsidRDefault="00000000" w:rsidP="00AA0E59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0E59">
        <w:rPr>
          <w:sz w:val="22"/>
          <w:szCs w:val="24"/>
        </w:rPr>
        <w:t xml:space="preserve">No </w:t>
      </w:r>
      <w:proofErr w:type="spellStart"/>
      <w:r w:rsidRPr="00AA0E59">
        <w:rPr>
          <w:sz w:val="22"/>
          <w:szCs w:val="24"/>
        </w:rPr>
        <w:t>incorpora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entrevistas</w:t>
      </w:r>
      <w:proofErr w:type="spellEnd"/>
      <w:r w:rsidRPr="00AA0E59">
        <w:rPr>
          <w:sz w:val="22"/>
          <w:szCs w:val="24"/>
        </w:rPr>
        <w:t xml:space="preserve"> con pacientes.</w:t>
      </w:r>
    </w:p>
    <w:p w14:paraId="53204C1D" w14:textId="67D9563F" w:rsidR="007D7A3C" w:rsidRPr="00AA0E59" w:rsidRDefault="00000000" w:rsidP="00AA0E59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0E59">
        <w:rPr>
          <w:sz w:val="22"/>
          <w:szCs w:val="24"/>
        </w:rPr>
        <w:t xml:space="preserve">No </w:t>
      </w:r>
      <w:proofErr w:type="spellStart"/>
      <w:r w:rsidRPr="00AA0E59">
        <w:rPr>
          <w:sz w:val="22"/>
          <w:szCs w:val="24"/>
        </w:rPr>
        <w:t>contiene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evidencias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asociadas</w:t>
      </w:r>
      <w:proofErr w:type="spellEnd"/>
      <w:r w:rsidRPr="00AA0E59">
        <w:rPr>
          <w:sz w:val="22"/>
          <w:szCs w:val="24"/>
        </w:rPr>
        <w:t xml:space="preserve"> a cada etapa.</w:t>
      </w:r>
    </w:p>
    <w:p w14:paraId="1914DAAA" w14:textId="0B76184D" w:rsidR="007D7A3C" w:rsidRPr="00AA0E59" w:rsidRDefault="00000000" w:rsidP="00AA0E59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0E59">
        <w:rPr>
          <w:sz w:val="22"/>
          <w:szCs w:val="24"/>
        </w:rPr>
        <w:t xml:space="preserve">No </w:t>
      </w:r>
      <w:proofErr w:type="spellStart"/>
      <w:r w:rsidRPr="00AA0E59">
        <w:rPr>
          <w:sz w:val="22"/>
          <w:szCs w:val="24"/>
        </w:rPr>
        <w:t>diferencia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experiencia</w:t>
      </w:r>
      <w:proofErr w:type="spellEnd"/>
      <w:r w:rsidRPr="00AA0E59">
        <w:rPr>
          <w:sz w:val="22"/>
          <w:szCs w:val="24"/>
        </w:rPr>
        <w:t xml:space="preserve"> de paciente y experiencia profesional.</w:t>
      </w:r>
    </w:p>
    <w:p w14:paraId="50157556" w14:textId="1D0D5E78" w:rsidR="007D7A3C" w:rsidRPr="00AA0E59" w:rsidRDefault="00000000" w:rsidP="00AA0E59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0E59">
        <w:rPr>
          <w:sz w:val="22"/>
          <w:szCs w:val="24"/>
        </w:rPr>
        <w:t xml:space="preserve">No </w:t>
      </w:r>
      <w:proofErr w:type="spellStart"/>
      <w:r w:rsidRPr="00AA0E59">
        <w:rPr>
          <w:sz w:val="22"/>
          <w:szCs w:val="24"/>
        </w:rPr>
        <w:t>incluye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métricas</w:t>
      </w:r>
      <w:proofErr w:type="spellEnd"/>
      <w:r w:rsidRPr="00AA0E59">
        <w:rPr>
          <w:sz w:val="22"/>
          <w:szCs w:val="24"/>
        </w:rPr>
        <w:t xml:space="preserve"> </w:t>
      </w:r>
      <w:proofErr w:type="spellStart"/>
      <w:r w:rsidRPr="00AA0E59">
        <w:rPr>
          <w:sz w:val="22"/>
          <w:szCs w:val="24"/>
        </w:rPr>
        <w:t>ni</w:t>
      </w:r>
      <w:proofErr w:type="spellEnd"/>
      <w:r w:rsidRPr="00AA0E59">
        <w:rPr>
          <w:sz w:val="22"/>
          <w:szCs w:val="24"/>
        </w:rPr>
        <w:t xml:space="preserve"> criterios de priorización.</w:t>
      </w:r>
    </w:p>
    <w:p w14:paraId="62434C51" w14:textId="1E0E999C" w:rsidR="007D7A3C" w:rsidRPr="00AA0E59" w:rsidRDefault="00000000" w:rsidP="00AA0E59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0E59">
        <w:rPr>
          <w:sz w:val="22"/>
          <w:szCs w:val="24"/>
        </w:rPr>
        <w:t xml:space="preserve">Es anterior al </w:t>
      </w:r>
      <w:proofErr w:type="spellStart"/>
      <w:r w:rsidRPr="00AA0E59">
        <w:rPr>
          <w:sz w:val="22"/>
          <w:szCs w:val="24"/>
        </w:rPr>
        <w:t>crecimiento</w:t>
      </w:r>
      <w:proofErr w:type="spellEnd"/>
      <w:r w:rsidRPr="00AA0E59">
        <w:rPr>
          <w:sz w:val="22"/>
          <w:szCs w:val="24"/>
        </w:rPr>
        <w:t xml:space="preserve"> reciente de actividad.</w:t>
      </w:r>
    </w:p>
    <w:sectPr w:rsidR="007D7A3C" w:rsidRPr="00AA0E59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070E" w14:textId="77777777" w:rsidR="00086524" w:rsidRDefault="00086524">
      <w:pPr>
        <w:spacing w:after="0" w:line="240" w:lineRule="auto"/>
      </w:pPr>
      <w:r>
        <w:separator/>
      </w:r>
    </w:p>
  </w:endnote>
  <w:endnote w:type="continuationSeparator" w:id="0">
    <w:p w14:paraId="440087D3" w14:textId="77777777" w:rsidR="00086524" w:rsidRDefault="00086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60FD1" w14:textId="77777777" w:rsidR="007D7A3C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55327" w14:textId="77777777" w:rsidR="00086524" w:rsidRDefault="00086524">
      <w:pPr>
        <w:spacing w:after="0" w:line="240" w:lineRule="auto"/>
      </w:pPr>
      <w:r>
        <w:separator/>
      </w:r>
    </w:p>
  </w:footnote>
  <w:footnote w:type="continuationSeparator" w:id="0">
    <w:p w14:paraId="37C82000" w14:textId="77777777" w:rsidR="00086524" w:rsidRDefault="00086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95957"/>
    <w:multiLevelType w:val="hybridMultilevel"/>
    <w:tmpl w:val="345AF314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3AE05E59"/>
    <w:multiLevelType w:val="hybridMultilevel"/>
    <w:tmpl w:val="AEB26BAE"/>
    <w:lvl w:ilvl="0" w:tplc="9998DE9C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num w:numId="1" w16cid:durableId="1918905584">
    <w:abstractNumId w:val="8"/>
  </w:num>
  <w:num w:numId="2" w16cid:durableId="730812887">
    <w:abstractNumId w:val="6"/>
  </w:num>
  <w:num w:numId="3" w16cid:durableId="204561812">
    <w:abstractNumId w:val="5"/>
  </w:num>
  <w:num w:numId="4" w16cid:durableId="989018620">
    <w:abstractNumId w:val="4"/>
  </w:num>
  <w:num w:numId="5" w16cid:durableId="1098134393">
    <w:abstractNumId w:val="7"/>
  </w:num>
  <w:num w:numId="6" w16cid:durableId="892230915">
    <w:abstractNumId w:val="3"/>
  </w:num>
  <w:num w:numId="7" w16cid:durableId="920456362">
    <w:abstractNumId w:val="2"/>
  </w:num>
  <w:num w:numId="8" w16cid:durableId="1071582796">
    <w:abstractNumId w:val="1"/>
  </w:num>
  <w:num w:numId="9" w16cid:durableId="1169294326">
    <w:abstractNumId w:val="0"/>
  </w:num>
  <w:num w:numId="10" w16cid:durableId="1189105203">
    <w:abstractNumId w:val="9"/>
  </w:num>
  <w:num w:numId="11" w16cid:durableId="7096451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524"/>
    <w:rsid w:val="0015074B"/>
    <w:rsid w:val="0029639D"/>
    <w:rsid w:val="00326F90"/>
    <w:rsid w:val="007D7A3C"/>
    <w:rsid w:val="00AA0E59"/>
    <w:rsid w:val="00AA1D8D"/>
    <w:rsid w:val="00B47730"/>
    <w:rsid w:val="00CB0664"/>
    <w:rsid w:val="00F712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B29E3B"/>
  <w14:defaultImageDpi w14:val="300"/>
  <w15:docId w15:val="{D01C23C2-93AF-4636-B69C-D442E423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2026-09-28T17:49:00Z</dcterms:modified>
  <cp:category/>
</cp:coreProperties>
</file>