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E24E" w14:textId="77777777" w:rsidR="00471844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39188741" w14:textId="229BA6E5" w:rsidR="00471844" w:rsidRDefault="00000000">
      <w:pPr>
        <w:spacing w:after="140"/>
        <w:jc w:val="center"/>
      </w:pPr>
      <w:r>
        <w:rPr>
          <w:i/>
        </w:rPr>
        <w:t xml:space="preserve">08 · </w:t>
      </w:r>
      <w:proofErr w:type="spellStart"/>
      <w:r>
        <w:rPr>
          <w:i/>
        </w:rPr>
        <w:t>Reseñas</w:t>
      </w:r>
      <w:proofErr w:type="spellEnd"/>
      <w:r w:rsidR="00B66D71">
        <w:rPr>
          <w:i/>
        </w:rPr>
        <w:br/>
      </w:r>
    </w:p>
    <w:p w14:paraId="7D0995F0" w14:textId="485E5B5C" w:rsidR="00471844" w:rsidRPr="00B66D71" w:rsidRDefault="00000000">
      <w:pPr>
        <w:spacing w:before="100"/>
        <w:rPr>
          <w:sz w:val="22"/>
          <w:szCs w:val="24"/>
        </w:rPr>
      </w:pPr>
      <w:r w:rsidRPr="00B66D71">
        <w:rPr>
          <w:b/>
          <w:sz w:val="22"/>
          <w:szCs w:val="24"/>
        </w:rPr>
        <w:t xml:space="preserve">Nota de fuente: </w:t>
      </w:r>
      <w:r w:rsidRPr="00B66D71">
        <w:rPr>
          <w:sz w:val="22"/>
          <w:szCs w:val="24"/>
        </w:rPr>
        <w:t xml:space="preserve">Muestra ficticia de 14 reseñas públicas correspondientes a </w:t>
      </w:r>
      <w:proofErr w:type="spellStart"/>
      <w:r w:rsidRPr="00B66D71">
        <w:rPr>
          <w:sz w:val="22"/>
          <w:szCs w:val="24"/>
        </w:rPr>
        <w:t>los</w:t>
      </w:r>
      <w:proofErr w:type="spellEnd"/>
      <w:r w:rsidRPr="00B66D71">
        <w:rPr>
          <w:sz w:val="22"/>
          <w:szCs w:val="24"/>
        </w:rPr>
        <w:t xml:space="preserve"> </w:t>
      </w:r>
      <w:proofErr w:type="spellStart"/>
      <w:r w:rsidRPr="00B66D71">
        <w:rPr>
          <w:sz w:val="22"/>
          <w:szCs w:val="24"/>
        </w:rPr>
        <w:t>últimos</w:t>
      </w:r>
      <w:proofErr w:type="spellEnd"/>
      <w:r w:rsidRPr="00B66D71">
        <w:rPr>
          <w:sz w:val="22"/>
          <w:szCs w:val="24"/>
        </w:rPr>
        <w:t xml:space="preserve"> seis meses.</w:t>
      </w:r>
      <w:r w:rsidR="00B66D71" w:rsidRPr="00B66D71">
        <w:rPr>
          <w:sz w:val="22"/>
          <w:szCs w:val="24"/>
        </w:rPr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1984"/>
        <w:gridCol w:w="6656"/>
      </w:tblGrid>
      <w:tr w:rsidR="00471844" w:rsidRPr="00B66D71" w14:paraId="196B668B" w14:textId="77777777" w:rsidTr="00B66D71">
        <w:trPr>
          <w:trHeight w:val="652"/>
          <w:jc w:val="center"/>
        </w:trPr>
        <w:tc>
          <w:tcPr>
            <w:tcW w:w="1560" w:type="dxa"/>
            <w:shd w:val="clear" w:color="auto" w:fill="C6D9F1" w:themeFill="text2" w:themeFillTint="33"/>
            <w:vAlign w:val="center"/>
          </w:tcPr>
          <w:p w14:paraId="73CA0368" w14:textId="77777777" w:rsidR="00471844" w:rsidRPr="00B66D71" w:rsidRDefault="00000000" w:rsidP="00B66D71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b/>
                <w:sz w:val="22"/>
                <w:szCs w:val="32"/>
              </w:rPr>
              <w:t>ID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14:paraId="27F1AA4A" w14:textId="77777777" w:rsidR="00471844" w:rsidRPr="00B66D71" w:rsidRDefault="00000000" w:rsidP="00B66D71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b/>
                <w:sz w:val="22"/>
                <w:szCs w:val="32"/>
              </w:rPr>
              <w:t>Puntuación</w:t>
            </w:r>
          </w:p>
        </w:tc>
        <w:tc>
          <w:tcPr>
            <w:tcW w:w="6656" w:type="dxa"/>
            <w:shd w:val="clear" w:color="auto" w:fill="C6D9F1" w:themeFill="text2" w:themeFillTint="33"/>
            <w:vAlign w:val="center"/>
          </w:tcPr>
          <w:p w14:paraId="7D1E95F2" w14:textId="77777777" w:rsidR="00471844" w:rsidRPr="00B66D71" w:rsidRDefault="00000000" w:rsidP="00B66D71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b/>
                <w:sz w:val="22"/>
                <w:szCs w:val="32"/>
              </w:rPr>
              <w:t>Texto</w:t>
            </w:r>
          </w:p>
        </w:tc>
      </w:tr>
      <w:tr w:rsidR="00471844" w:rsidRPr="00B66D71" w14:paraId="1DF98A9C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48499F43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R01</w:t>
            </w:r>
          </w:p>
        </w:tc>
        <w:tc>
          <w:tcPr>
            <w:tcW w:w="1984" w:type="dxa"/>
            <w:vAlign w:val="center"/>
          </w:tcPr>
          <w:p w14:paraId="4B6FB318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17366CD3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El doctor fue muy claro y cercano. Me sentí en buenas manos desde el primer momento.</w:t>
            </w:r>
          </w:p>
        </w:tc>
      </w:tr>
      <w:tr w:rsidR="00471844" w:rsidRPr="00B66D71" w14:paraId="3659144C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09473FBE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R02</w:t>
            </w:r>
          </w:p>
        </w:tc>
        <w:tc>
          <w:tcPr>
            <w:tcW w:w="1984" w:type="dxa"/>
            <w:vAlign w:val="center"/>
          </w:tcPr>
          <w:p w14:paraId="0D6510ED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3</w:t>
            </w:r>
          </w:p>
        </w:tc>
        <w:tc>
          <w:tcPr>
            <w:tcW w:w="6656" w:type="dxa"/>
            <w:vAlign w:val="center"/>
          </w:tcPr>
          <w:p w14:paraId="794710B6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Muy buenos profesionales, pero esperé casi 50 minutos y nadie me dijo nada.</w:t>
            </w:r>
          </w:p>
        </w:tc>
      </w:tr>
      <w:tr w:rsidR="00471844" w:rsidRPr="00B66D71" w14:paraId="4753CEAE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126C7CF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R03</w:t>
            </w:r>
          </w:p>
        </w:tc>
        <w:tc>
          <w:tcPr>
            <w:tcW w:w="1984" w:type="dxa"/>
            <w:vAlign w:val="center"/>
          </w:tcPr>
          <w:p w14:paraId="6702723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63E445BA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Trato excelente en consulta y pruebas.</w:t>
            </w:r>
          </w:p>
        </w:tc>
      </w:tr>
      <w:tr w:rsidR="00471844" w:rsidRPr="00B66D71" w14:paraId="65A28131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752CC871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R04</w:t>
            </w:r>
          </w:p>
        </w:tc>
        <w:tc>
          <w:tcPr>
            <w:tcW w:w="1984" w:type="dxa"/>
            <w:vAlign w:val="center"/>
          </w:tcPr>
          <w:p w14:paraId="5212921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2</w:t>
            </w:r>
          </w:p>
        </w:tc>
        <w:tc>
          <w:tcPr>
            <w:tcW w:w="6656" w:type="dxa"/>
            <w:vAlign w:val="center"/>
          </w:tcPr>
          <w:p w14:paraId="2D7B135C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Imposible contactar por teléfono por la mañana. Después, cuando me atendieron, todo correcto.</w:t>
            </w:r>
          </w:p>
        </w:tc>
      </w:tr>
      <w:tr w:rsidR="00471844" w:rsidRPr="00B66D71" w14:paraId="0F8258D4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26432DA9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R05</w:t>
            </w:r>
          </w:p>
        </w:tc>
        <w:tc>
          <w:tcPr>
            <w:tcW w:w="1984" w:type="dxa"/>
            <w:vAlign w:val="center"/>
          </w:tcPr>
          <w:p w14:paraId="7A3B85B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4</w:t>
            </w:r>
          </w:p>
        </w:tc>
        <w:tc>
          <w:tcPr>
            <w:tcW w:w="6656" w:type="dxa"/>
            <w:vAlign w:val="center"/>
          </w:tcPr>
          <w:p w14:paraId="58855E5F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La intervención perfecta. Eché de menos tener más claro qué hacer el día anterior.</w:t>
            </w:r>
          </w:p>
        </w:tc>
      </w:tr>
      <w:tr w:rsidR="00471844" w:rsidRPr="00B66D71" w14:paraId="2EEF7A65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1696693A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R06</w:t>
            </w:r>
          </w:p>
        </w:tc>
        <w:tc>
          <w:tcPr>
            <w:tcW w:w="1984" w:type="dxa"/>
            <w:vAlign w:val="center"/>
          </w:tcPr>
          <w:p w14:paraId="234F8FFE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3E53C669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Marta de recepción me solucionó un cambio de cita rapidísimo. Muy amable.</w:t>
            </w:r>
          </w:p>
        </w:tc>
      </w:tr>
      <w:tr w:rsidR="00471844" w:rsidRPr="00B66D71" w14:paraId="1D0DC434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34373CC6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R07</w:t>
            </w:r>
          </w:p>
        </w:tc>
        <w:tc>
          <w:tcPr>
            <w:tcW w:w="1984" w:type="dxa"/>
            <w:vAlign w:val="center"/>
          </w:tcPr>
          <w:p w14:paraId="462347BA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3</w:t>
            </w:r>
          </w:p>
        </w:tc>
        <w:tc>
          <w:tcPr>
            <w:tcW w:w="6656" w:type="dxa"/>
            <w:vAlign w:val="center"/>
          </w:tcPr>
          <w:p w14:paraId="52839591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La clínica está bien, pero cada persona me decía una cosa distinta sobre dónde tenía que esperar.</w:t>
            </w:r>
          </w:p>
        </w:tc>
      </w:tr>
      <w:tr w:rsidR="00471844" w:rsidRPr="00B66D71" w14:paraId="42327FC9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342CC147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R08</w:t>
            </w:r>
          </w:p>
        </w:tc>
        <w:tc>
          <w:tcPr>
            <w:tcW w:w="1984" w:type="dxa"/>
            <w:vAlign w:val="center"/>
          </w:tcPr>
          <w:p w14:paraId="33FF9816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6F7A4EEB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Excelente equipo médico y de enfermería.</w:t>
            </w:r>
          </w:p>
        </w:tc>
      </w:tr>
      <w:tr w:rsidR="00471844" w:rsidRPr="00B66D71" w14:paraId="06218D05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265D29F2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R09</w:t>
            </w:r>
          </w:p>
        </w:tc>
        <w:tc>
          <w:tcPr>
            <w:tcW w:w="1984" w:type="dxa"/>
            <w:vAlign w:val="center"/>
          </w:tcPr>
          <w:p w14:paraId="5F1F0047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2</w:t>
            </w:r>
          </w:p>
        </w:tc>
        <w:tc>
          <w:tcPr>
            <w:tcW w:w="6656" w:type="dxa"/>
            <w:vAlign w:val="center"/>
          </w:tcPr>
          <w:p w14:paraId="435A9C0E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 xml:space="preserve">Llamé varias veces para preguntar por una medicación antes de la operación. Me fueron pasando de una persona </w:t>
            </w:r>
            <w:proofErr w:type="gramStart"/>
            <w:r w:rsidRPr="00B66D71">
              <w:rPr>
                <w:sz w:val="22"/>
                <w:szCs w:val="32"/>
              </w:rPr>
              <w:t>a</w:t>
            </w:r>
            <w:proofErr w:type="gramEnd"/>
            <w:r w:rsidRPr="00B66D71">
              <w:rPr>
                <w:sz w:val="22"/>
                <w:szCs w:val="32"/>
              </w:rPr>
              <w:t xml:space="preserve"> otra.</w:t>
            </w:r>
          </w:p>
        </w:tc>
      </w:tr>
      <w:tr w:rsidR="00471844" w:rsidRPr="00B66D71" w14:paraId="04AF5800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502BBAAD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R10</w:t>
            </w:r>
          </w:p>
        </w:tc>
        <w:tc>
          <w:tcPr>
            <w:tcW w:w="1984" w:type="dxa"/>
            <w:vAlign w:val="center"/>
          </w:tcPr>
          <w:p w14:paraId="38A57217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4</w:t>
            </w:r>
          </w:p>
        </w:tc>
        <w:tc>
          <w:tcPr>
            <w:tcW w:w="6656" w:type="dxa"/>
            <w:vAlign w:val="center"/>
          </w:tcPr>
          <w:p w14:paraId="3E169DC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Buen trato y buenas instalaciones. La espera fue algo larga.</w:t>
            </w:r>
          </w:p>
        </w:tc>
      </w:tr>
      <w:tr w:rsidR="00471844" w:rsidRPr="00B66D71" w14:paraId="5BF225CB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55CFABC6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R11</w:t>
            </w:r>
          </w:p>
        </w:tc>
        <w:tc>
          <w:tcPr>
            <w:tcW w:w="1984" w:type="dxa"/>
            <w:vAlign w:val="center"/>
          </w:tcPr>
          <w:p w14:paraId="1AFDB87A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129AE93B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Me llamaron después de la intervención y resolvieron todas mis dudas.</w:t>
            </w:r>
          </w:p>
        </w:tc>
      </w:tr>
      <w:tr w:rsidR="00471844" w:rsidRPr="00B66D71" w14:paraId="6D2857EB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73A0C0C6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R12</w:t>
            </w:r>
          </w:p>
        </w:tc>
        <w:tc>
          <w:tcPr>
            <w:tcW w:w="1984" w:type="dxa"/>
            <w:vAlign w:val="center"/>
          </w:tcPr>
          <w:p w14:paraId="79105893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3</w:t>
            </w:r>
          </w:p>
        </w:tc>
        <w:tc>
          <w:tcPr>
            <w:tcW w:w="6656" w:type="dxa"/>
            <w:vAlign w:val="center"/>
          </w:tcPr>
          <w:p w14:paraId="0322E7EE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Todo bien clínicamente, pero la organización podría mejorar.</w:t>
            </w:r>
          </w:p>
        </w:tc>
      </w:tr>
      <w:tr w:rsidR="00471844" w:rsidRPr="00B66D71" w14:paraId="63F012C2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3FC1D6FF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R13</w:t>
            </w:r>
          </w:p>
        </w:tc>
        <w:tc>
          <w:tcPr>
            <w:tcW w:w="1984" w:type="dxa"/>
            <w:vAlign w:val="center"/>
          </w:tcPr>
          <w:p w14:paraId="0A61D287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5</w:t>
            </w:r>
          </w:p>
        </w:tc>
        <w:tc>
          <w:tcPr>
            <w:tcW w:w="6656" w:type="dxa"/>
            <w:vAlign w:val="center"/>
          </w:tcPr>
          <w:p w14:paraId="65D62902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Muy contenta con el resultado y con la explicación del especialista.</w:t>
            </w:r>
          </w:p>
        </w:tc>
      </w:tr>
      <w:tr w:rsidR="00471844" w:rsidRPr="00B66D71" w14:paraId="1AE5DA81" w14:textId="77777777" w:rsidTr="00B66D71">
        <w:trPr>
          <w:trHeight w:val="652"/>
          <w:jc w:val="center"/>
        </w:trPr>
        <w:tc>
          <w:tcPr>
            <w:tcW w:w="1560" w:type="dxa"/>
            <w:vAlign w:val="center"/>
          </w:tcPr>
          <w:p w14:paraId="0C0C7EF0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R14</w:t>
            </w:r>
          </w:p>
        </w:tc>
        <w:tc>
          <w:tcPr>
            <w:tcW w:w="1984" w:type="dxa"/>
            <w:vAlign w:val="center"/>
          </w:tcPr>
          <w:p w14:paraId="566E6439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2</w:t>
            </w:r>
          </w:p>
        </w:tc>
        <w:tc>
          <w:tcPr>
            <w:tcW w:w="6656" w:type="dxa"/>
            <w:vAlign w:val="center"/>
          </w:tcPr>
          <w:p w14:paraId="6407D0E5" w14:textId="77777777" w:rsidR="00471844" w:rsidRPr="00B66D71" w:rsidRDefault="00000000">
            <w:pPr>
              <w:spacing w:after="0"/>
              <w:rPr>
                <w:sz w:val="22"/>
                <w:szCs w:val="32"/>
              </w:rPr>
            </w:pPr>
            <w:r w:rsidRPr="00B66D71">
              <w:rPr>
                <w:sz w:val="22"/>
                <w:szCs w:val="32"/>
              </w:rPr>
              <w:t>Me cambiaron la hora y no me enteré hasta que llegué. Luego fueron muy atentos.</w:t>
            </w:r>
          </w:p>
        </w:tc>
      </w:tr>
    </w:tbl>
    <w:p w14:paraId="7EFC3D42" w14:textId="66E3ACCA" w:rsidR="00471844" w:rsidRPr="00B66D71" w:rsidRDefault="00B66D71">
      <w:pPr>
        <w:pStyle w:val="Ttulo1"/>
        <w:rPr>
          <w:sz w:val="32"/>
          <w:szCs w:val="32"/>
        </w:rPr>
      </w:pPr>
      <w:r w:rsidRPr="00B66D71">
        <w:rPr>
          <w:sz w:val="32"/>
          <w:szCs w:val="32"/>
        </w:rPr>
        <w:br/>
      </w:r>
      <w:proofErr w:type="spellStart"/>
      <w:r w:rsidR="00000000" w:rsidRPr="00B66D71">
        <w:rPr>
          <w:sz w:val="32"/>
          <w:szCs w:val="32"/>
        </w:rPr>
        <w:t>Advertencia</w:t>
      </w:r>
      <w:proofErr w:type="spellEnd"/>
      <w:r w:rsidR="00000000" w:rsidRPr="00B66D71">
        <w:rPr>
          <w:sz w:val="32"/>
          <w:szCs w:val="32"/>
        </w:rPr>
        <w:t xml:space="preserve"> </w:t>
      </w:r>
      <w:proofErr w:type="spellStart"/>
      <w:r w:rsidR="00000000" w:rsidRPr="00B66D71">
        <w:rPr>
          <w:sz w:val="32"/>
          <w:szCs w:val="32"/>
        </w:rPr>
        <w:t>metodológica</w:t>
      </w:r>
      <w:proofErr w:type="spellEnd"/>
    </w:p>
    <w:p w14:paraId="2DC7083C" w14:textId="77777777" w:rsidR="00471844" w:rsidRPr="00B66D71" w:rsidRDefault="00000000">
      <w:pPr>
        <w:rPr>
          <w:sz w:val="22"/>
          <w:szCs w:val="24"/>
        </w:rPr>
      </w:pPr>
      <w:r w:rsidRPr="00B66D71">
        <w:rPr>
          <w:sz w:val="22"/>
          <w:szCs w:val="24"/>
        </w:rPr>
        <w:t>Las reseñas son una fuente espontánea y autoseleccionada. Pueden aportar señales y lenguaje del paciente, pero no representan por sí solas a toda la población atendida.</w:t>
      </w:r>
    </w:p>
    <w:sectPr w:rsidR="00471844" w:rsidRPr="00B66D71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68961" w14:textId="77777777" w:rsidR="00CC20D9" w:rsidRDefault="00CC20D9">
      <w:pPr>
        <w:spacing w:after="0" w:line="240" w:lineRule="auto"/>
      </w:pPr>
      <w:r>
        <w:separator/>
      </w:r>
    </w:p>
  </w:endnote>
  <w:endnote w:type="continuationSeparator" w:id="0">
    <w:p w14:paraId="444076F1" w14:textId="77777777" w:rsidR="00CC20D9" w:rsidRDefault="00CC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C83C" w14:textId="77777777" w:rsidR="00471844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D8CE" w14:textId="77777777" w:rsidR="00CC20D9" w:rsidRDefault="00CC20D9">
      <w:pPr>
        <w:spacing w:after="0" w:line="240" w:lineRule="auto"/>
      </w:pPr>
      <w:r>
        <w:separator/>
      </w:r>
    </w:p>
  </w:footnote>
  <w:footnote w:type="continuationSeparator" w:id="0">
    <w:p w14:paraId="7DE23A02" w14:textId="77777777" w:rsidR="00CC20D9" w:rsidRDefault="00CC2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2674858">
    <w:abstractNumId w:val="8"/>
  </w:num>
  <w:num w:numId="2" w16cid:durableId="1832286948">
    <w:abstractNumId w:val="6"/>
  </w:num>
  <w:num w:numId="3" w16cid:durableId="1286617353">
    <w:abstractNumId w:val="5"/>
  </w:num>
  <w:num w:numId="4" w16cid:durableId="677270464">
    <w:abstractNumId w:val="4"/>
  </w:num>
  <w:num w:numId="5" w16cid:durableId="1053118782">
    <w:abstractNumId w:val="7"/>
  </w:num>
  <w:num w:numId="6" w16cid:durableId="1194534631">
    <w:abstractNumId w:val="3"/>
  </w:num>
  <w:num w:numId="7" w16cid:durableId="360131470">
    <w:abstractNumId w:val="2"/>
  </w:num>
  <w:num w:numId="8" w16cid:durableId="636642364">
    <w:abstractNumId w:val="1"/>
  </w:num>
  <w:num w:numId="9" w16cid:durableId="118994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1844"/>
    <w:rsid w:val="005A025F"/>
    <w:rsid w:val="00AA1D8D"/>
    <w:rsid w:val="00B47730"/>
    <w:rsid w:val="00B66D71"/>
    <w:rsid w:val="00CB0664"/>
    <w:rsid w:val="00CC20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1E99C0"/>
  <w14:defaultImageDpi w14:val="300"/>
  <w15:docId w15:val="{2447CBDA-BD49-4F8A-97F0-D19AA5C3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2</cp:revision>
  <dcterms:created xsi:type="dcterms:W3CDTF">2013-12-23T23:15:00Z</dcterms:created>
  <dcterms:modified xsi:type="dcterms:W3CDTF">2026-09-28T17:41:00Z</dcterms:modified>
  <cp:category/>
</cp:coreProperties>
</file>