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5C357" w14:textId="77777777" w:rsidR="008A29F5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5FA3A098" w14:textId="03737808" w:rsidR="008A29F5" w:rsidRDefault="00000000">
      <w:pPr>
        <w:spacing w:after="140"/>
        <w:jc w:val="center"/>
      </w:pPr>
      <w:r>
        <w:rPr>
          <w:i/>
        </w:rPr>
        <w:t xml:space="preserve">07 · Web y </w:t>
      </w:r>
      <w:proofErr w:type="spellStart"/>
      <w:r>
        <w:rPr>
          <w:i/>
        </w:rPr>
        <w:t>procesos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digitales</w:t>
      </w:r>
      <w:proofErr w:type="spellEnd"/>
      <w:r w:rsidR="00A157DE">
        <w:rPr>
          <w:i/>
        </w:rPr>
        <w:br/>
      </w:r>
    </w:p>
    <w:p w14:paraId="2354C5B5" w14:textId="77777777" w:rsidR="008A29F5" w:rsidRPr="00A157DE" w:rsidRDefault="00000000" w:rsidP="00A157DE">
      <w:pPr>
        <w:pStyle w:val="Ttulo1"/>
        <w:spacing w:before="360"/>
        <w:rPr>
          <w:sz w:val="32"/>
          <w:szCs w:val="32"/>
        </w:rPr>
      </w:pPr>
      <w:r w:rsidRPr="00A157DE">
        <w:rPr>
          <w:sz w:val="32"/>
          <w:szCs w:val="32"/>
        </w:rPr>
        <w:t>Web pública</w:t>
      </w:r>
    </w:p>
    <w:p w14:paraId="0631661B" w14:textId="49A56402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La web </w:t>
      </w:r>
      <w:proofErr w:type="spellStart"/>
      <w:r w:rsidRPr="00A157DE">
        <w:rPr>
          <w:sz w:val="22"/>
          <w:szCs w:val="24"/>
        </w:rPr>
        <w:t>permite</w:t>
      </w:r>
      <w:proofErr w:type="spellEnd"/>
      <w:r w:rsidRPr="00A157DE">
        <w:rPr>
          <w:sz w:val="22"/>
          <w:szCs w:val="24"/>
        </w:rPr>
        <w:t xml:space="preserve"> </w:t>
      </w:r>
      <w:proofErr w:type="spellStart"/>
      <w:r w:rsidRPr="00A157DE">
        <w:rPr>
          <w:sz w:val="22"/>
          <w:szCs w:val="24"/>
        </w:rPr>
        <w:t>solicitar</w:t>
      </w:r>
      <w:proofErr w:type="spellEnd"/>
      <w:r w:rsidRPr="00A157DE">
        <w:rPr>
          <w:sz w:val="22"/>
          <w:szCs w:val="24"/>
        </w:rPr>
        <w:t xml:space="preserve"> una primera cita mediante formulario.</w:t>
      </w:r>
    </w:p>
    <w:p w14:paraId="3026D9E0" w14:textId="4C866286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Para </w:t>
      </w:r>
      <w:proofErr w:type="spellStart"/>
      <w:r w:rsidRPr="00A157DE">
        <w:rPr>
          <w:sz w:val="22"/>
          <w:szCs w:val="24"/>
        </w:rPr>
        <w:t>modificar</w:t>
      </w:r>
      <w:proofErr w:type="spellEnd"/>
      <w:r w:rsidRPr="00A157DE">
        <w:rPr>
          <w:sz w:val="22"/>
          <w:szCs w:val="24"/>
        </w:rPr>
        <w:t xml:space="preserve"> o </w:t>
      </w:r>
      <w:proofErr w:type="spellStart"/>
      <w:r w:rsidRPr="00A157DE">
        <w:rPr>
          <w:sz w:val="22"/>
          <w:szCs w:val="24"/>
        </w:rPr>
        <w:t>cancelar</w:t>
      </w:r>
      <w:proofErr w:type="spellEnd"/>
      <w:r w:rsidRPr="00A157DE">
        <w:rPr>
          <w:sz w:val="22"/>
          <w:szCs w:val="24"/>
        </w:rPr>
        <w:t xml:space="preserve"> una cita ya existente se indica llamar por teléfono.</w:t>
      </w:r>
    </w:p>
    <w:p w14:paraId="5D812577" w14:textId="4BDD3CF6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La </w:t>
      </w:r>
      <w:proofErr w:type="spellStart"/>
      <w:r w:rsidRPr="00A157DE">
        <w:rPr>
          <w:sz w:val="22"/>
          <w:szCs w:val="24"/>
        </w:rPr>
        <w:t>página</w:t>
      </w:r>
      <w:proofErr w:type="spellEnd"/>
      <w:r w:rsidRPr="00A157DE">
        <w:rPr>
          <w:sz w:val="22"/>
          <w:szCs w:val="24"/>
        </w:rPr>
        <w:t xml:space="preserve"> de </w:t>
      </w:r>
      <w:proofErr w:type="spellStart"/>
      <w:r w:rsidRPr="00A157DE">
        <w:rPr>
          <w:sz w:val="22"/>
          <w:szCs w:val="24"/>
        </w:rPr>
        <w:t>cirugía</w:t>
      </w:r>
      <w:proofErr w:type="spellEnd"/>
      <w:r w:rsidRPr="00A157DE">
        <w:rPr>
          <w:sz w:val="22"/>
          <w:szCs w:val="24"/>
        </w:rPr>
        <w:t xml:space="preserve"> explica beneficios y tecnología, pero ofrece poca información práctica sobre preparación, acompañamiento, duración o seguimiento.</w:t>
      </w:r>
    </w:p>
    <w:p w14:paraId="3E871DD2" w14:textId="59865207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proofErr w:type="spellStart"/>
      <w:r w:rsidRPr="00A157DE">
        <w:rPr>
          <w:sz w:val="22"/>
          <w:szCs w:val="24"/>
        </w:rPr>
        <w:t>Existe</w:t>
      </w:r>
      <w:proofErr w:type="spellEnd"/>
      <w:r w:rsidRPr="00A157DE">
        <w:rPr>
          <w:sz w:val="22"/>
          <w:szCs w:val="24"/>
        </w:rPr>
        <w:t xml:space="preserve"> un </w:t>
      </w:r>
      <w:proofErr w:type="spellStart"/>
      <w:r w:rsidRPr="00A157DE">
        <w:rPr>
          <w:sz w:val="22"/>
          <w:szCs w:val="24"/>
        </w:rPr>
        <w:t>formulario</w:t>
      </w:r>
      <w:proofErr w:type="spellEnd"/>
      <w:r w:rsidRPr="00A157DE">
        <w:rPr>
          <w:sz w:val="22"/>
          <w:szCs w:val="24"/>
        </w:rPr>
        <w:t xml:space="preserve"> general de contacto sin clasificación por motivo.</w:t>
      </w:r>
    </w:p>
    <w:p w14:paraId="608FE817" w14:textId="26A9FFF6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No hay </w:t>
      </w:r>
      <w:proofErr w:type="spellStart"/>
      <w:r w:rsidRPr="00A157DE">
        <w:rPr>
          <w:sz w:val="22"/>
          <w:szCs w:val="24"/>
        </w:rPr>
        <w:t>área</w:t>
      </w:r>
      <w:proofErr w:type="spellEnd"/>
      <w:r w:rsidRPr="00A157DE">
        <w:rPr>
          <w:sz w:val="22"/>
          <w:szCs w:val="24"/>
        </w:rPr>
        <w:t xml:space="preserve"> </w:t>
      </w:r>
      <w:proofErr w:type="spellStart"/>
      <w:r w:rsidRPr="00A157DE">
        <w:rPr>
          <w:sz w:val="22"/>
          <w:szCs w:val="24"/>
        </w:rPr>
        <w:t>privada</w:t>
      </w:r>
      <w:proofErr w:type="spellEnd"/>
      <w:r w:rsidRPr="00A157DE">
        <w:rPr>
          <w:sz w:val="22"/>
          <w:szCs w:val="24"/>
        </w:rPr>
        <w:t xml:space="preserve"> de paciente ni sistema de mensajería segura.</w:t>
      </w:r>
    </w:p>
    <w:p w14:paraId="0BC79C4A" w14:textId="77777777" w:rsidR="008A29F5" w:rsidRPr="00A157DE" w:rsidRDefault="00000000" w:rsidP="00A157DE">
      <w:pPr>
        <w:pStyle w:val="Ttulo1"/>
        <w:spacing w:before="360"/>
        <w:rPr>
          <w:sz w:val="32"/>
          <w:szCs w:val="32"/>
        </w:rPr>
      </w:pPr>
      <w:r w:rsidRPr="00A157DE">
        <w:rPr>
          <w:sz w:val="32"/>
          <w:szCs w:val="32"/>
        </w:rPr>
        <w:t>Proceso de solicitud de cita</w:t>
      </w:r>
    </w:p>
    <w:p w14:paraId="03C385DF" w14:textId="16DBA9ED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El </w:t>
      </w:r>
      <w:proofErr w:type="spellStart"/>
      <w:r w:rsidRPr="00A157DE">
        <w:rPr>
          <w:sz w:val="22"/>
          <w:szCs w:val="24"/>
        </w:rPr>
        <w:t>formulario</w:t>
      </w:r>
      <w:proofErr w:type="spellEnd"/>
      <w:r w:rsidRPr="00A157DE">
        <w:rPr>
          <w:sz w:val="22"/>
          <w:szCs w:val="24"/>
        </w:rPr>
        <w:t xml:space="preserve"> web </w:t>
      </w:r>
      <w:proofErr w:type="spellStart"/>
      <w:r w:rsidRPr="00A157DE">
        <w:rPr>
          <w:sz w:val="22"/>
          <w:szCs w:val="24"/>
        </w:rPr>
        <w:t>solicita</w:t>
      </w:r>
      <w:proofErr w:type="spellEnd"/>
      <w:r w:rsidRPr="00A157DE">
        <w:rPr>
          <w:sz w:val="22"/>
          <w:szCs w:val="24"/>
        </w:rPr>
        <w:t xml:space="preserve"> nombre, teléfono, email, especialidad y comentario.</w:t>
      </w:r>
    </w:p>
    <w:p w14:paraId="7EF37E52" w14:textId="5D6A0438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La </w:t>
      </w:r>
      <w:proofErr w:type="spellStart"/>
      <w:r w:rsidRPr="00A157DE">
        <w:rPr>
          <w:sz w:val="22"/>
          <w:szCs w:val="24"/>
        </w:rPr>
        <w:t>solicitud</w:t>
      </w:r>
      <w:proofErr w:type="spellEnd"/>
      <w:r w:rsidRPr="00A157DE">
        <w:rPr>
          <w:sz w:val="22"/>
          <w:szCs w:val="24"/>
        </w:rPr>
        <w:t xml:space="preserve"> no </w:t>
      </w:r>
      <w:proofErr w:type="spellStart"/>
      <w:r w:rsidRPr="00A157DE">
        <w:rPr>
          <w:sz w:val="22"/>
          <w:szCs w:val="24"/>
        </w:rPr>
        <w:t>reserva</w:t>
      </w:r>
      <w:proofErr w:type="spellEnd"/>
      <w:r w:rsidRPr="00A157DE">
        <w:rPr>
          <w:sz w:val="22"/>
          <w:szCs w:val="24"/>
        </w:rPr>
        <w:t xml:space="preserve"> directamente una hora: recepción debe llamar al paciente para cerrarla.</w:t>
      </w:r>
    </w:p>
    <w:p w14:paraId="5E420679" w14:textId="13B90839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>Las solicitudes web se reciben en un buzón compartido de recepción.</w:t>
      </w:r>
    </w:p>
    <w:p w14:paraId="25FF455F" w14:textId="75994746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No </w:t>
      </w:r>
      <w:proofErr w:type="spellStart"/>
      <w:r w:rsidRPr="00A157DE">
        <w:rPr>
          <w:sz w:val="22"/>
          <w:szCs w:val="24"/>
        </w:rPr>
        <w:t>existe</w:t>
      </w:r>
      <w:proofErr w:type="spellEnd"/>
      <w:r w:rsidRPr="00A157DE">
        <w:rPr>
          <w:sz w:val="22"/>
          <w:szCs w:val="24"/>
        </w:rPr>
        <w:t xml:space="preserve"> </w:t>
      </w:r>
      <w:proofErr w:type="spellStart"/>
      <w:r w:rsidRPr="00A157DE">
        <w:rPr>
          <w:sz w:val="22"/>
          <w:szCs w:val="24"/>
        </w:rPr>
        <w:t>respuesta</w:t>
      </w:r>
      <w:proofErr w:type="spellEnd"/>
      <w:r w:rsidRPr="00A157DE">
        <w:rPr>
          <w:sz w:val="22"/>
          <w:szCs w:val="24"/>
        </w:rPr>
        <w:t xml:space="preserve"> </w:t>
      </w:r>
      <w:proofErr w:type="spellStart"/>
      <w:r w:rsidRPr="00A157DE">
        <w:rPr>
          <w:sz w:val="22"/>
          <w:szCs w:val="24"/>
        </w:rPr>
        <w:t>automática</w:t>
      </w:r>
      <w:proofErr w:type="spellEnd"/>
      <w:r w:rsidRPr="00A157DE">
        <w:rPr>
          <w:sz w:val="22"/>
          <w:szCs w:val="24"/>
        </w:rPr>
        <w:t xml:space="preserve"> que indique plazo estimado de contacto.</w:t>
      </w:r>
    </w:p>
    <w:p w14:paraId="4D151930" w14:textId="77777777" w:rsidR="008A29F5" w:rsidRPr="00A157DE" w:rsidRDefault="00000000" w:rsidP="00A157DE">
      <w:pPr>
        <w:pStyle w:val="Ttulo1"/>
        <w:spacing w:before="360"/>
        <w:rPr>
          <w:sz w:val="32"/>
          <w:szCs w:val="32"/>
        </w:rPr>
      </w:pPr>
      <w:r w:rsidRPr="00A157DE">
        <w:rPr>
          <w:sz w:val="32"/>
          <w:szCs w:val="32"/>
        </w:rPr>
        <w:t>Recordatorios y documentación digital</w:t>
      </w:r>
    </w:p>
    <w:p w14:paraId="3D7431CF" w14:textId="0E423F3D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El </w:t>
      </w:r>
      <w:proofErr w:type="spellStart"/>
      <w:r w:rsidRPr="00A157DE">
        <w:rPr>
          <w:sz w:val="22"/>
          <w:szCs w:val="24"/>
        </w:rPr>
        <w:t>sistema</w:t>
      </w:r>
      <w:proofErr w:type="spellEnd"/>
      <w:r w:rsidRPr="00A157DE">
        <w:rPr>
          <w:sz w:val="22"/>
          <w:szCs w:val="24"/>
        </w:rPr>
        <w:t xml:space="preserve"> </w:t>
      </w:r>
      <w:proofErr w:type="spellStart"/>
      <w:r w:rsidRPr="00A157DE">
        <w:rPr>
          <w:sz w:val="22"/>
          <w:szCs w:val="24"/>
        </w:rPr>
        <w:t>envía</w:t>
      </w:r>
      <w:proofErr w:type="spellEnd"/>
      <w:r w:rsidRPr="00A157DE">
        <w:rPr>
          <w:sz w:val="22"/>
          <w:szCs w:val="24"/>
        </w:rPr>
        <w:t xml:space="preserve"> SMS automático 48 horas antes de la cita.</w:t>
      </w:r>
    </w:p>
    <w:p w14:paraId="2DA7B734" w14:textId="61FC4E69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Los </w:t>
      </w:r>
      <w:proofErr w:type="spellStart"/>
      <w:r w:rsidRPr="00A157DE">
        <w:rPr>
          <w:sz w:val="22"/>
          <w:szCs w:val="24"/>
        </w:rPr>
        <w:t>documentos</w:t>
      </w:r>
      <w:proofErr w:type="spellEnd"/>
      <w:r w:rsidRPr="00A157DE">
        <w:rPr>
          <w:sz w:val="22"/>
          <w:szCs w:val="24"/>
        </w:rPr>
        <w:t xml:space="preserve"> </w:t>
      </w:r>
      <w:proofErr w:type="spellStart"/>
      <w:r w:rsidRPr="00A157DE">
        <w:rPr>
          <w:sz w:val="22"/>
          <w:szCs w:val="24"/>
        </w:rPr>
        <w:t>específicos</w:t>
      </w:r>
      <w:proofErr w:type="spellEnd"/>
      <w:r w:rsidRPr="00A157DE">
        <w:rPr>
          <w:sz w:val="22"/>
          <w:szCs w:val="24"/>
        </w:rPr>
        <w:t xml:space="preserve"> se envían manualmente por email cuando corresponde.</w:t>
      </w:r>
    </w:p>
    <w:p w14:paraId="162C1A0A" w14:textId="2448A027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No </w:t>
      </w:r>
      <w:proofErr w:type="spellStart"/>
      <w:r w:rsidRPr="00A157DE">
        <w:rPr>
          <w:sz w:val="22"/>
          <w:szCs w:val="24"/>
        </w:rPr>
        <w:t>existe</w:t>
      </w:r>
      <w:proofErr w:type="spellEnd"/>
      <w:r w:rsidRPr="00A157DE">
        <w:rPr>
          <w:sz w:val="22"/>
          <w:szCs w:val="24"/>
        </w:rPr>
        <w:t xml:space="preserve"> </w:t>
      </w:r>
      <w:proofErr w:type="spellStart"/>
      <w:r w:rsidRPr="00A157DE">
        <w:rPr>
          <w:sz w:val="22"/>
          <w:szCs w:val="24"/>
        </w:rPr>
        <w:t>comprobación</w:t>
      </w:r>
      <w:proofErr w:type="spellEnd"/>
      <w:r w:rsidRPr="00A157DE">
        <w:rPr>
          <w:sz w:val="22"/>
          <w:szCs w:val="24"/>
        </w:rPr>
        <w:t xml:space="preserve"> </w:t>
      </w:r>
      <w:proofErr w:type="spellStart"/>
      <w:r w:rsidRPr="00A157DE">
        <w:rPr>
          <w:sz w:val="22"/>
          <w:szCs w:val="24"/>
        </w:rPr>
        <w:t>automática</w:t>
      </w:r>
      <w:proofErr w:type="spellEnd"/>
      <w:r w:rsidRPr="00A157DE">
        <w:rPr>
          <w:sz w:val="22"/>
          <w:szCs w:val="24"/>
        </w:rPr>
        <w:t xml:space="preserve"> de que el paciente haya abierto o recibido los adjuntos.</w:t>
      </w:r>
    </w:p>
    <w:p w14:paraId="34EFA46F" w14:textId="5E1844D3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Los </w:t>
      </w:r>
      <w:proofErr w:type="spellStart"/>
      <w:r w:rsidRPr="00A157DE">
        <w:rPr>
          <w:sz w:val="22"/>
          <w:szCs w:val="24"/>
        </w:rPr>
        <w:t>resultados</w:t>
      </w:r>
      <w:proofErr w:type="spellEnd"/>
      <w:r w:rsidRPr="00A157DE">
        <w:rPr>
          <w:sz w:val="22"/>
          <w:szCs w:val="24"/>
        </w:rPr>
        <w:t xml:space="preserve"> e </w:t>
      </w:r>
      <w:proofErr w:type="spellStart"/>
      <w:r w:rsidRPr="00A157DE">
        <w:rPr>
          <w:sz w:val="22"/>
          <w:szCs w:val="24"/>
        </w:rPr>
        <w:t>informes</w:t>
      </w:r>
      <w:proofErr w:type="spellEnd"/>
      <w:r w:rsidRPr="00A157DE">
        <w:rPr>
          <w:sz w:val="22"/>
          <w:szCs w:val="24"/>
        </w:rPr>
        <w:t xml:space="preserve"> se entregan presencialmente o por email según el caso.</w:t>
      </w:r>
    </w:p>
    <w:p w14:paraId="68841601" w14:textId="77777777" w:rsidR="008A29F5" w:rsidRPr="00A157DE" w:rsidRDefault="00000000" w:rsidP="00A157DE">
      <w:pPr>
        <w:pStyle w:val="Ttulo1"/>
        <w:spacing w:before="360"/>
        <w:rPr>
          <w:sz w:val="32"/>
          <w:szCs w:val="32"/>
        </w:rPr>
      </w:pPr>
      <w:r w:rsidRPr="00A157DE">
        <w:rPr>
          <w:sz w:val="32"/>
          <w:szCs w:val="32"/>
        </w:rPr>
        <w:t>Limitaciones observadas</w:t>
      </w:r>
    </w:p>
    <w:p w14:paraId="2E4D22D8" w14:textId="6698E725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Gran </w:t>
      </w:r>
      <w:proofErr w:type="spellStart"/>
      <w:r w:rsidRPr="00A157DE">
        <w:rPr>
          <w:sz w:val="22"/>
          <w:szCs w:val="24"/>
        </w:rPr>
        <w:t>parte</w:t>
      </w:r>
      <w:proofErr w:type="spellEnd"/>
      <w:r w:rsidRPr="00A157DE">
        <w:rPr>
          <w:sz w:val="22"/>
          <w:szCs w:val="24"/>
        </w:rPr>
        <w:t xml:space="preserve"> del </w:t>
      </w:r>
      <w:proofErr w:type="spellStart"/>
      <w:r w:rsidRPr="00A157DE">
        <w:rPr>
          <w:sz w:val="22"/>
          <w:szCs w:val="24"/>
        </w:rPr>
        <w:t>recorrido</w:t>
      </w:r>
      <w:proofErr w:type="spellEnd"/>
      <w:r w:rsidRPr="00A157DE">
        <w:rPr>
          <w:sz w:val="22"/>
          <w:szCs w:val="24"/>
        </w:rPr>
        <w:t xml:space="preserve"> digital desemboca en el teléfono.</w:t>
      </w:r>
    </w:p>
    <w:p w14:paraId="603E8352" w14:textId="1AD1F304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La </w:t>
      </w:r>
      <w:proofErr w:type="spellStart"/>
      <w:r w:rsidRPr="00A157DE">
        <w:rPr>
          <w:sz w:val="22"/>
          <w:szCs w:val="24"/>
        </w:rPr>
        <w:t>información</w:t>
      </w:r>
      <w:proofErr w:type="spellEnd"/>
      <w:r w:rsidRPr="00A157DE">
        <w:rPr>
          <w:sz w:val="22"/>
          <w:szCs w:val="24"/>
        </w:rPr>
        <w:t xml:space="preserve"> </w:t>
      </w:r>
      <w:proofErr w:type="spellStart"/>
      <w:r w:rsidRPr="00A157DE">
        <w:rPr>
          <w:sz w:val="22"/>
          <w:szCs w:val="24"/>
        </w:rPr>
        <w:t>práctica</w:t>
      </w:r>
      <w:proofErr w:type="spellEnd"/>
      <w:r w:rsidRPr="00A157DE">
        <w:rPr>
          <w:sz w:val="22"/>
          <w:szCs w:val="24"/>
        </w:rPr>
        <w:t xml:space="preserve"> </w:t>
      </w:r>
      <w:proofErr w:type="spellStart"/>
      <w:r w:rsidRPr="00A157DE">
        <w:rPr>
          <w:sz w:val="22"/>
          <w:szCs w:val="24"/>
        </w:rPr>
        <w:t>está</w:t>
      </w:r>
      <w:proofErr w:type="spellEnd"/>
      <w:r w:rsidRPr="00A157DE">
        <w:rPr>
          <w:sz w:val="22"/>
          <w:szCs w:val="24"/>
        </w:rPr>
        <w:t xml:space="preserve"> dispersa y no siempre está disponible en la web.</w:t>
      </w:r>
    </w:p>
    <w:p w14:paraId="5940CC3C" w14:textId="42421E26" w:rsidR="008A29F5" w:rsidRPr="00A157DE" w:rsidRDefault="00000000" w:rsidP="00A157DE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A157DE">
        <w:rPr>
          <w:sz w:val="22"/>
          <w:szCs w:val="24"/>
        </w:rPr>
        <w:t xml:space="preserve">El </w:t>
      </w:r>
      <w:proofErr w:type="spellStart"/>
      <w:r w:rsidRPr="00A157DE">
        <w:rPr>
          <w:sz w:val="22"/>
          <w:szCs w:val="24"/>
        </w:rPr>
        <w:t>proceso</w:t>
      </w:r>
      <w:proofErr w:type="spellEnd"/>
      <w:r w:rsidRPr="00A157DE">
        <w:rPr>
          <w:sz w:val="22"/>
          <w:szCs w:val="24"/>
        </w:rPr>
        <w:t xml:space="preserve"> </w:t>
      </w:r>
      <w:proofErr w:type="spellStart"/>
      <w:r w:rsidRPr="00A157DE">
        <w:rPr>
          <w:sz w:val="22"/>
          <w:szCs w:val="24"/>
        </w:rPr>
        <w:t>depende</w:t>
      </w:r>
      <w:proofErr w:type="spellEnd"/>
      <w:r w:rsidRPr="00A157DE">
        <w:rPr>
          <w:sz w:val="22"/>
          <w:szCs w:val="24"/>
        </w:rPr>
        <w:t xml:space="preserve"> de tareas manuales de recepción para completar información y documentación.</w:t>
      </w:r>
    </w:p>
    <w:sectPr w:rsidR="008A29F5" w:rsidRPr="00A157DE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967AA" w14:textId="77777777" w:rsidR="00CC5617" w:rsidRDefault="00CC5617">
      <w:pPr>
        <w:spacing w:after="0" w:line="240" w:lineRule="auto"/>
      </w:pPr>
      <w:r>
        <w:separator/>
      </w:r>
    </w:p>
  </w:endnote>
  <w:endnote w:type="continuationSeparator" w:id="0">
    <w:p w14:paraId="4C3CB8C8" w14:textId="77777777" w:rsidR="00CC5617" w:rsidRDefault="00CC5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15E64" w14:textId="77777777" w:rsidR="008A29F5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381E2" w14:textId="77777777" w:rsidR="00CC5617" w:rsidRDefault="00CC5617">
      <w:pPr>
        <w:spacing w:after="0" w:line="240" w:lineRule="auto"/>
      </w:pPr>
      <w:r>
        <w:separator/>
      </w:r>
    </w:p>
  </w:footnote>
  <w:footnote w:type="continuationSeparator" w:id="0">
    <w:p w14:paraId="06DFD754" w14:textId="77777777" w:rsidR="00CC5617" w:rsidRDefault="00CC5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7E6888"/>
    <w:multiLevelType w:val="hybridMultilevel"/>
    <w:tmpl w:val="C37A97A0"/>
    <w:lvl w:ilvl="0" w:tplc="12C68D14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0" w15:restartNumberingAfterBreak="0">
    <w:nsid w:val="39CD3C0A"/>
    <w:multiLevelType w:val="hybridMultilevel"/>
    <w:tmpl w:val="FA80AD38"/>
    <w:lvl w:ilvl="0" w:tplc="12C68D14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1" w15:restartNumberingAfterBreak="0">
    <w:nsid w:val="5E825C7F"/>
    <w:multiLevelType w:val="hybridMultilevel"/>
    <w:tmpl w:val="6480074E"/>
    <w:lvl w:ilvl="0" w:tplc="12C68D14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2" w15:restartNumberingAfterBreak="0">
    <w:nsid w:val="6B585946"/>
    <w:multiLevelType w:val="hybridMultilevel"/>
    <w:tmpl w:val="4A54CAD4"/>
    <w:lvl w:ilvl="0" w:tplc="12C68D14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3" w15:restartNumberingAfterBreak="0">
    <w:nsid w:val="6F350D0A"/>
    <w:multiLevelType w:val="hybridMultilevel"/>
    <w:tmpl w:val="E0E8DFE2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 w16cid:durableId="1165435530">
    <w:abstractNumId w:val="8"/>
  </w:num>
  <w:num w:numId="2" w16cid:durableId="586116741">
    <w:abstractNumId w:val="6"/>
  </w:num>
  <w:num w:numId="3" w16cid:durableId="271128880">
    <w:abstractNumId w:val="5"/>
  </w:num>
  <w:num w:numId="4" w16cid:durableId="842545934">
    <w:abstractNumId w:val="4"/>
  </w:num>
  <w:num w:numId="5" w16cid:durableId="1213226756">
    <w:abstractNumId w:val="7"/>
  </w:num>
  <w:num w:numId="6" w16cid:durableId="1554534954">
    <w:abstractNumId w:val="3"/>
  </w:num>
  <w:num w:numId="7" w16cid:durableId="732043663">
    <w:abstractNumId w:val="2"/>
  </w:num>
  <w:num w:numId="8" w16cid:durableId="1931238167">
    <w:abstractNumId w:val="1"/>
  </w:num>
  <w:num w:numId="9" w16cid:durableId="2052415266">
    <w:abstractNumId w:val="0"/>
  </w:num>
  <w:num w:numId="10" w16cid:durableId="1372729032">
    <w:abstractNumId w:val="13"/>
  </w:num>
  <w:num w:numId="11" w16cid:durableId="1641954157">
    <w:abstractNumId w:val="9"/>
  </w:num>
  <w:num w:numId="12" w16cid:durableId="306281792">
    <w:abstractNumId w:val="11"/>
  </w:num>
  <w:num w:numId="13" w16cid:durableId="2070611163">
    <w:abstractNumId w:val="12"/>
  </w:num>
  <w:num w:numId="14" w16cid:durableId="2256523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A29F5"/>
    <w:rsid w:val="00A157DE"/>
    <w:rsid w:val="00AA1D8D"/>
    <w:rsid w:val="00B47730"/>
    <w:rsid w:val="00CB0664"/>
    <w:rsid w:val="00CC2799"/>
    <w:rsid w:val="00CC56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86B9C"/>
  <w14:defaultImageDpi w14:val="300"/>
  <w15:docId w15:val="{7A1F2BC0-87CB-4911-81DC-0AC45F71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3</cp:revision>
  <dcterms:created xsi:type="dcterms:W3CDTF">2013-12-23T23:15:00Z</dcterms:created>
  <dcterms:modified xsi:type="dcterms:W3CDTF">2026-09-28T17:39:00Z</dcterms:modified>
  <cp:category/>
</cp:coreProperties>
</file>