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181B" w14:textId="77777777" w:rsidR="005B2F65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05F1C06B" w14:textId="49F17B56" w:rsidR="005B2F65" w:rsidRDefault="00000000">
      <w:pPr>
        <w:spacing w:after="140"/>
        <w:jc w:val="center"/>
      </w:pPr>
      <w:r>
        <w:rPr>
          <w:i/>
        </w:rPr>
        <w:t xml:space="preserve">06 · Comunicaciones </w:t>
      </w:r>
      <w:proofErr w:type="spellStart"/>
      <w:r>
        <w:rPr>
          <w:i/>
        </w:rPr>
        <w:t>enviadas</w:t>
      </w:r>
      <w:proofErr w:type="spellEnd"/>
      <w:r>
        <w:rPr>
          <w:i/>
        </w:rPr>
        <w:t xml:space="preserve"> al </w:t>
      </w:r>
      <w:proofErr w:type="spellStart"/>
      <w:r>
        <w:rPr>
          <w:i/>
        </w:rPr>
        <w:t>paciente</w:t>
      </w:r>
      <w:proofErr w:type="spellEnd"/>
      <w:r w:rsidR="002C7E36">
        <w:rPr>
          <w:i/>
        </w:rPr>
        <w:br/>
      </w:r>
    </w:p>
    <w:p w14:paraId="266F7F0C" w14:textId="77777777" w:rsidR="005B2F65" w:rsidRPr="002C7E36" w:rsidRDefault="00000000" w:rsidP="002C7E36">
      <w:pPr>
        <w:pStyle w:val="Ttulo1"/>
        <w:spacing w:before="360"/>
        <w:rPr>
          <w:sz w:val="32"/>
          <w:szCs w:val="32"/>
        </w:rPr>
      </w:pPr>
      <w:r w:rsidRPr="002C7E36">
        <w:rPr>
          <w:sz w:val="32"/>
          <w:szCs w:val="32"/>
        </w:rPr>
        <w:t>SMS automático de cita</w:t>
      </w:r>
    </w:p>
    <w:p w14:paraId="1E69AF5A" w14:textId="77777777" w:rsidR="005B2F65" w:rsidRPr="002C7E36" w:rsidRDefault="00000000">
      <w:pPr>
        <w:rPr>
          <w:sz w:val="22"/>
          <w:szCs w:val="24"/>
        </w:rPr>
      </w:pPr>
      <w:r w:rsidRPr="002C7E36">
        <w:rPr>
          <w:sz w:val="22"/>
          <w:szCs w:val="24"/>
        </w:rPr>
        <w:t>NOVAVISIÓN: Le recordamos su cita el 18/09 a las 17:30. Si necesita modificarla, llame al 91 XXX XX XX. Gracias.</w:t>
      </w:r>
    </w:p>
    <w:p w14:paraId="5778C7D1" w14:textId="77777777" w:rsidR="005B2F65" w:rsidRPr="002C7E36" w:rsidRDefault="00000000" w:rsidP="002C7E36">
      <w:pPr>
        <w:pStyle w:val="Ttulo1"/>
        <w:spacing w:before="360"/>
        <w:rPr>
          <w:sz w:val="32"/>
          <w:szCs w:val="32"/>
        </w:rPr>
      </w:pPr>
      <w:r w:rsidRPr="002C7E36">
        <w:rPr>
          <w:sz w:val="32"/>
          <w:szCs w:val="32"/>
        </w:rPr>
        <w:t>Email de confirmación de prueba</w:t>
      </w:r>
    </w:p>
    <w:p w14:paraId="4F9678A3" w14:textId="77777777" w:rsidR="005B2F65" w:rsidRPr="002C7E36" w:rsidRDefault="00000000">
      <w:pPr>
        <w:rPr>
          <w:sz w:val="22"/>
          <w:szCs w:val="24"/>
        </w:rPr>
      </w:pPr>
      <w:r w:rsidRPr="002C7E36">
        <w:rPr>
          <w:sz w:val="22"/>
          <w:szCs w:val="24"/>
        </w:rPr>
        <w:t>Asunto: Confirmación de cita</w:t>
      </w:r>
      <w:r w:rsidRPr="002C7E36">
        <w:rPr>
          <w:sz w:val="22"/>
          <w:szCs w:val="24"/>
        </w:rPr>
        <w:br/>
      </w:r>
      <w:r w:rsidRPr="002C7E36">
        <w:rPr>
          <w:sz w:val="22"/>
          <w:szCs w:val="24"/>
        </w:rPr>
        <w:br/>
        <w:t>Estimado/a paciente:</w:t>
      </w:r>
      <w:r w:rsidRPr="002C7E36">
        <w:rPr>
          <w:sz w:val="22"/>
          <w:szCs w:val="24"/>
        </w:rPr>
        <w:br/>
        <w:t>Le confirmamos su cita en Clínica NovaVisión para el día 22/09 a las 10:15. Rogamos acuda 10 minutos antes. Si dispone de informes anteriores, puede traerlos consigo.</w:t>
      </w:r>
      <w:r w:rsidRPr="002C7E36">
        <w:rPr>
          <w:sz w:val="22"/>
          <w:szCs w:val="24"/>
        </w:rPr>
        <w:br/>
      </w:r>
      <w:r w:rsidRPr="002C7E36">
        <w:rPr>
          <w:sz w:val="22"/>
          <w:szCs w:val="24"/>
        </w:rPr>
        <w:br/>
        <w:t>Atentamente,</w:t>
      </w:r>
      <w:r w:rsidRPr="002C7E36">
        <w:rPr>
          <w:sz w:val="22"/>
          <w:szCs w:val="24"/>
        </w:rPr>
        <w:br/>
        <w:t>Clínica NovaVisión</w:t>
      </w:r>
    </w:p>
    <w:p w14:paraId="5A9EEBA4" w14:textId="77777777" w:rsidR="005B2F65" w:rsidRPr="002C7E36" w:rsidRDefault="00000000">
      <w:pPr>
        <w:rPr>
          <w:sz w:val="22"/>
          <w:szCs w:val="24"/>
        </w:rPr>
      </w:pPr>
      <w:r w:rsidRPr="002C7E36">
        <w:rPr>
          <w:sz w:val="22"/>
          <w:szCs w:val="24"/>
        </w:rPr>
        <w:t>El email no incluye instrucciones específicas sobre lentes de contacto ni acompañante; esas instrucciones se adjuntan solo cuando recepción selecciona manualmente el documento correspondiente.</w:t>
      </w:r>
    </w:p>
    <w:p w14:paraId="1DC2D809" w14:textId="77777777" w:rsidR="005B2F65" w:rsidRPr="002C7E36" w:rsidRDefault="00000000" w:rsidP="002C7E36">
      <w:pPr>
        <w:pStyle w:val="Ttulo1"/>
        <w:spacing w:before="360"/>
        <w:rPr>
          <w:sz w:val="32"/>
          <w:szCs w:val="32"/>
        </w:rPr>
      </w:pPr>
      <w:r w:rsidRPr="002C7E36">
        <w:rPr>
          <w:sz w:val="32"/>
          <w:szCs w:val="32"/>
        </w:rPr>
        <w:t>Hoja preoperatoria</w:t>
      </w:r>
    </w:p>
    <w:p w14:paraId="56E6827F" w14:textId="5B008BA9" w:rsidR="005B2F65" w:rsidRPr="002C7E36" w:rsidRDefault="00000000" w:rsidP="002C7E36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2C7E36">
        <w:rPr>
          <w:sz w:val="22"/>
          <w:szCs w:val="24"/>
        </w:rPr>
        <w:t>Acudir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acompañado</w:t>
      </w:r>
      <w:proofErr w:type="spellEnd"/>
      <w:r w:rsidRPr="002C7E36">
        <w:rPr>
          <w:sz w:val="22"/>
          <w:szCs w:val="24"/>
        </w:rPr>
        <w:t>.</w:t>
      </w:r>
    </w:p>
    <w:p w14:paraId="642928F0" w14:textId="7B7B7EAF" w:rsidR="005B2F65" w:rsidRPr="002C7E36" w:rsidRDefault="00000000" w:rsidP="002C7E36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No </w:t>
      </w:r>
      <w:proofErr w:type="spellStart"/>
      <w:r w:rsidRPr="002C7E36">
        <w:rPr>
          <w:sz w:val="22"/>
          <w:szCs w:val="24"/>
        </w:rPr>
        <w:t>conducir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después</w:t>
      </w:r>
      <w:proofErr w:type="spellEnd"/>
      <w:r w:rsidRPr="002C7E36">
        <w:rPr>
          <w:sz w:val="22"/>
          <w:szCs w:val="24"/>
        </w:rPr>
        <w:t xml:space="preserve"> de la intervención.</w:t>
      </w:r>
    </w:p>
    <w:p w14:paraId="1A14611F" w14:textId="37E1DF72" w:rsidR="005B2F65" w:rsidRPr="002C7E36" w:rsidRDefault="00000000" w:rsidP="002C7E36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2C7E36">
        <w:rPr>
          <w:sz w:val="22"/>
          <w:szCs w:val="24"/>
        </w:rPr>
        <w:t>Presentarse</w:t>
      </w:r>
      <w:proofErr w:type="spellEnd"/>
      <w:r w:rsidRPr="002C7E36">
        <w:rPr>
          <w:sz w:val="22"/>
          <w:szCs w:val="24"/>
        </w:rPr>
        <w:t xml:space="preserve"> 30 </w:t>
      </w:r>
      <w:proofErr w:type="spellStart"/>
      <w:r w:rsidRPr="002C7E36">
        <w:rPr>
          <w:sz w:val="22"/>
          <w:szCs w:val="24"/>
        </w:rPr>
        <w:t>minutos</w:t>
      </w:r>
      <w:proofErr w:type="spellEnd"/>
      <w:r w:rsidRPr="002C7E36">
        <w:rPr>
          <w:sz w:val="22"/>
          <w:szCs w:val="24"/>
        </w:rPr>
        <w:t xml:space="preserve"> antes.</w:t>
      </w:r>
    </w:p>
    <w:p w14:paraId="1ADEA540" w14:textId="21A6D39E" w:rsidR="005B2F65" w:rsidRPr="002C7E36" w:rsidRDefault="00000000" w:rsidP="002C7E36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2C7E36">
        <w:rPr>
          <w:sz w:val="22"/>
          <w:szCs w:val="24"/>
        </w:rPr>
        <w:t>Seguir</w:t>
      </w:r>
      <w:proofErr w:type="spellEnd"/>
      <w:r w:rsidRPr="002C7E36">
        <w:rPr>
          <w:sz w:val="22"/>
          <w:szCs w:val="24"/>
        </w:rPr>
        <w:t xml:space="preserve"> las </w:t>
      </w:r>
      <w:proofErr w:type="spellStart"/>
      <w:r w:rsidRPr="002C7E36">
        <w:rPr>
          <w:sz w:val="22"/>
          <w:szCs w:val="24"/>
        </w:rPr>
        <w:t>indicaciones</w:t>
      </w:r>
      <w:proofErr w:type="spellEnd"/>
      <w:r w:rsidRPr="002C7E36">
        <w:rPr>
          <w:sz w:val="22"/>
          <w:szCs w:val="24"/>
        </w:rPr>
        <w:t xml:space="preserve"> de medicación proporcionadas por su equipo médico.</w:t>
      </w:r>
    </w:p>
    <w:p w14:paraId="6A764A8F" w14:textId="27CBF799" w:rsidR="005B2F65" w:rsidRPr="002C7E36" w:rsidRDefault="00000000" w:rsidP="002C7E36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Ante </w:t>
      </w:r>
      <w:proofErr w:type="spellStart"/>
      <w:r w:rsidRPr="002C7E36">
        <w:rPr>
          <w:sz w:val="22"/>
          <w:szCs w:val="24"/>
        </w:rPr>
        <w:t>cualquier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duda</w:t>
      </w:r>
      <w:proofErr w:type="spellEnd"/>
      <w:r w:rsidRPr="002C7E36">
        <w:rPr>
          <w:sz w:val="22"/>
          <w:szCs w:val="24"/>
        </w:rPr>
        <w:t xml:space="preserve">, </w:t>
      </w:r>
      <w:proofErr w:type="spellStart"/>
      <w:r w:rsidRPr="002C7E36">
        <w:rPr>
          <w:sz w:val="22"/>
          <w:szCs w:val="24"/>
        </w:rPr>
        <w:t>contactar</w:t>
      </w:r>
      <w:proofErr w:type="spellEnd"/>
      <w:r w:rsidRPr="002C7E36">
        <w:rPr>
          <w:sz w:val="22"/>
          <w:szCs w:val="24"/>
        </w:rPr>
        <w:t xml:space="preserve"> con la clínica por teléfono.</w:t>
      </w:r>
    </w:p>
    <w:p w14:paraId="571746A2" w14:textId="77777777" w:rsidR="005B2F65" w:rsidRPr="002C7E36" w:rsidRDefault="00000000" w:rsidP="002C7E36">
      <w:pPr>
        <w:pStyle w:val="Ttulo1"/>
        <w:spacing w:before="360"/>
        <w:rPr>
          <w:sz w:val="32"/>
          <w:szCs w:val="32"/>
        </w:rPr>
      </w:pPr>
      <w:r w:rsidRPr="002C7E36">
        <w:rPr>
          <w:sz w:val="32"/>
          <w:szCs w:val="32"/>
        </w:rPr>
        <w:t>Hoja postoperatoria</w:t>
      </w:r>
    </w:p>
    <w:p w14:paraId="32FDAA44" w14:textId="7AC5EA82" w:rsidR="005B2F65" w:rsidRPr="002C7E36" w:rsidRDefault="00000000" w:rsidP="002C7E36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2C7E36">
        <w:rPr>
          <w:sz w:val="22"/>
          <w:szCs w:val="24"/>
        </w:rPr>
        <w:t>Aplicar</w:t>
      </w:r>
      <w:proofErr w:type="spellEnd"/>
      <w:r w:rsidRPr="002C7E36">
        <w:rPr>
          <w:sz w:val="22"/>
          <w:szCs w:val="24"/>
        </w:rPr>
        <w:t xml:space="preserve"> el </w:t>
      </w:r>
      <w:proofErr w:type="spellStart"/>
      <w:r w:rsidRPr="002C7E36">
        <w:rPr>
          <w:sz w:val="22"/>
          <w:szCs w:val="24"/>
        </w:rPr>
        <w:t>tratamiento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indicado</w:t>
      </w:r>
      <w:proofErr w:type="spellEnd"/>
      <w:r w:rsidRPr="002C7E36">
        <w:rPr>
          <w:sz w:val="22"/>
          <w:szCs w:val="24"/>
        </w:rPr>
        <w:t>.</w:t>
      </w:r>
    </w:p>
    <w:p w14:paraId="4879BE61" w14:textId="704E2837" w:rsidR="005B2F65" w:rsidRPr="002C7E36" w:rsidRDefault="00000000" w:rsidP="002C7E36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2C7E36">
        <w:rPr>
          <w:sz w:val="22"/>
          <w:szCs w:val="24"/>
        </w:rPr>
        <w:t>Evitar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esfuerzos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durante</w:t>
      </w:r>
      <w:proofErr w:type="spellEnd"/>
      <w:r w:rsidRPr="002C7E36">
        <w:rPr>
          <w:sz w:val="22"/>
          <w:szCs w:val="24"/>
        </w:rPr>
        <w:t xml:space="preserve"> las primeras 24 horas.</w:t>
      </w:r>
    </w:p>
    <w:p w14:paraId="01897A9D" w14:textId="5DF8250C" w:rsidR="005B2F65" w:rsidRPr="002C7E36" w:rsidRDefault="00000000" w:rsidP="002C7E36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No </w:t>
      </w:r>
      <w:proofErr w:type="spellStart"/>
      <w:r w:rsidRPr="002C7E36">
        <w:rPr>
          <w:sz w:val="22"/>
          <w:szCs w:val="24"/>
        </w:rPr>
        <w:t>frotar</w:t>
      </w:r>
      <w:proofErr w:type="spellEnd"/>
      <w:r w:rsidRPr="002C7E36">
        <w:rPr>
          <w:sz w:val="22"/>
          <w:szCs w:val="24"/>
        </w:rPr>
        <w:t xml:space="preserve"> el </w:t>
      </w:r>
      <w:proofErr w:type="spellStart"/>
      <w:r w:rsidRPr="002C7E36">
        <w:rPr>
          <w:sz w:val="22"/>
          <w:szCs w:val="24"/>
        </w:rPr>
        <w:t>ojo</w:t>
      </w:r>
      <w:proofErr w:type="spellEnd"/>
      <w:r w:rsidRPr="002C7E36">
        <w:rPr>
          <w:sz w:val="22"/>
          <w:szCs w:val="24"/>
        </w:rPr>
        <w:t xml:space="preserve"> intervenido.</w:t>
      </w:r>
    </w:p>
    <w:p w14:paraId="123197AE" w14:textId="612671F7" w:rsidR="005B2F65" w:rsidRPr="002C7E36" w:rsidRDefault="00000000" w:rsidP="002C7E36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2C7E36">
        <w:rPr>
          <w:sz w:val="22"/>
          <w:szCs w:val="24"/>
        </w:rPr>
        <w:t>Acudir</w:t>
      </w:r>
      <w:proofErr w:type="spellEnd"/>
      <w:r w:rsidRPr="002C7E36">
        <w:rPr>
          <w:sz w:val="22"/>
          <w:szCs w:val="24"/>
        </w:rPr>
        <w:t xml:space="preserve"> a </w:t>
      </w:r>
      <w:proofErr w:type="spellStart"/>
      <w:r w:rsidRPr="002C7E36">
        <w:rPr>
          <w:sz w:val="22"/>
          <w:szCs w:val="24"/>
        </w:rPr>
        <w:t>urgencias</w:t>
      </w:r>
      <w:proofErr w:type="spellEnd"/>
      <w:r w:rsidRPr="002C7E36">
        <w:rPr>
          <w:sz w:val="22"/>
          <w:szCs w:val="24"/>
        </w:rPr>
        <w:t xml:space="preserve"> o contactar con la clínica si presenta dolor intenso, pérdida brusca de visión u otros síntomas indicados por el profesional.</w:t>
      </w:r>
    </w:p>
    <w:p w14:paraId="13949BFF" w14:textId="7F0927BA" w:rsidR="005B2F65" w:rsidRPr="002C7E36" w:rsidRDefault="00000000" w:rsidP="002C7E36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El </w:t>
      </w:r>
      <w:proofErr w:type="spellStart"/>
      <w:r w:rsidRPr="002C7E36">
        <w:rPr>
          <w:sz w:val="22"/>
          <w:szCs w:val="24"/>
        </w:rPr>
        <w:t>equipo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realizará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seguimiento</w:t>
      </w:r>
      <w:proofErr w:type="spellEnd"/>
      <w:r w:rsidRPr="002C7E36">
        <w:rPr>
          <w:sz w:val="22"/>
          <w:szCs w:val="24"/>
        </w:rPr>
        <w:t xml:space="preserve"> telefónico.</w:t>
      </w:r>
    </w:p>
    <w:p w14:paraId="473143F1" w14:textId="77777777" w:rsidR="005B2F65" w:rsidRPr="002C7E36" w:rsidRDefault="00000000" w:rsidP="002C7E36">
      <w:pPr>
        <w:pStyle w:val="Ttulo1"/>
        <w:spacing w:before="360"/>
        <w:rPr>
          <w:sz w:val="32"/>
          <w:szCs w:val="32"/>
        </w:rPr>
      </w:pPr>
      <w:r w:rsidRPr="002C7E36">
        <w:rPr>
          <w:sz w:val="32"/>
          <w:szCs w:val="32"/>
        </w:rPr>
        <w:t>Observaciones sobre las comunicaciones</w:t>
      </w:r>
    </w:p>
    <w:p w14:paraId="48083C85" w14:textId="7277872B" w:rsidR="005B2F65" w:rsidRPr="002C7E36" w:rsidRDefault="00000000" w:rsidP="002C7E36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No se indica </w:t>
      </w:r>
      <w:proofErr w:type="spellStart"/>
      <w:r w:rsidRPr="002C7E36">
        <w:rPr>
          <w:sz w:val="22"/>
          <w:szCs w:val="24"/>
        </w:rPr>
        <w:t>en</w:t>
      </w:r>
      <w:proofErr w:type="spellEnd"/>
      <w:r w:rsidRPr="002C7E36">
        <w:rPr>
          <w:sz w:val="22"/>
          <w:szCs w:val="24"/>
        </w:rPr>
        <w:t xml:space="preserve"> la hoja postoperatoria un plazo concreto para la llamada de seguimiento.</w:t>
      </w:r>
    </w:p>
    <w:p w14:paraId="7F0692E1" w14:textId="23DF4D91" w:rsidR="005B2F65" w:rsidRPr="002C7E36" w:rsidRDefault="00000000" w:rsidP="002C7E36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El SMS </w:t>
      </w:r>
      <w:proofErr w:type="spellStart"/>
      <w:r w:rsidRPr="002C7E36">
        <w:rPr>
          <w:sz w:val="22"/>
          <w:szCs w:val="24"/>
        </w:rPr>
        <w:t>automático</w:t>
      </w:r>
      <w:proofErr w:type="spellEnd"/>
      <w:r w:rsidRPr="002C7E36">
        <w:rPr>
          <w:sz w:val="22"/>
          <w:szCs w:val="24"/>
        </w:rPr>
        <w:t xml:space="preserve"> es idéntico para consultas, pruebas y revisiones.</w:t>
      </w:r>
    </w:p>
    <w:p w14:paraId="3A3DB667" w14:textId="100B250D" w:rsidR="005B2F65" w:rsidRPr="002C7E36" w:rsidRDefault="00000000" w:rsidP="002C7E36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La </w:t>
      </w:r>
      <w:proofErr w:type="spellStart"/>
      <w:r w:rsidRPr="002C7E36">
        <w:rPr>
          <w:sz w:val="22"/>
          <w:szCs w:val="24"/>
        </w:rPr>
        <w:t>información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específica</w:t>
      </w:r>
      <w:proofErr w:type="spellEnd"/>
      <w:r w:rsidRPr="002C7E36">
        <w:rPr>
          <w:sz w:val="22"/>
          <w:szCs w:val="24"/>
        </w:rPr>
        <w:t xml:space="preserve"> </w:t>
      </w:r>
      <w:proofErr w:type="spellStart"/>
      <w:r w:rsidRPr="002C7E36">
        <w:rPr>
          <w:sz w:val="22"/>
          <w:szCs w:val="24"/>
        </w:rPr>
        <w:t>depende</w:t>
      </w:r>
      <w:proofErr w:type="spellEnd"/>
      <w:r w:rsidRPr="002C7E36">
        <w:rPr>
          <w:sz w:val="22"/>
          <w:szCs w:val="24"/>
        </w:rPr>
        <w:t xml:space="preserve"> de adjuntos o explicaciones complementarias.</w:t>
      </w:r>
    </w:p>
    <w:p w14:paraId="6C8B6036" w14:textId="2458AA74" w:rsidR="005B2F65" w:rsidRPr="002C7E36" w:rsidRDefault="00000000" w:rsidP="002C7E36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2C7E36">
        <w:rPr>
          <w:sz w:val="22"/>
          <w:szCs w:val="24"/>
        </w:rPr>
        <w:t xml:space="preserve">No </w:t>
      </w:r>
      <w:proofErr w:type="spellStart"/>
      <w:r w:rsidRPr="002C7E36">
        <w:rPr>
          <w:sz w:val="22"/>
          <w:szCs w:val="24"/>
        </w:rPr>
        <w:t>existe</w:t>
      </w:r>
      <w:proofErr w:type="spellEnd"/>
      <w:r w:rsidRPr="002C7E36">
        <w:rPr>
          <w:sz w:val="22"/>
          <w:szCs w:val="24"/>
        </w:rPr>
        <w:t xml:space="preserve"> un canal digital alternativo explícito para resolver dudas no urgentes.</w:t>
      </w:r>
    </w:p>
    <w:sectPr w:rsidR="005B2F65" w:rsidRPr="002C7E36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E9D9" w14:textId="77777777" w:rsidR="007E0221" w:rsidRDefault="007E0221">
      <w:pPr>
        <w:spacing w:after="0" w:line="240" w:lineRule="auto"/>
      </w:pPr>
      <w:r>
        <w:separator/>
      </w:r>
    </w:p>
  </w:endnote>
  <w:endnote w:type="continuationSeparator" w:id="0">
    <w:p w14:paraId="4CAE9C6B" w14:textId="77777777" w:rsidR="007E0221" w:rsidRDefault="007E0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9C54" w14:textId="77777777" w:rsidR="005B2F65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3805" w14:textId="77777777" w:rsidR="007E0221" w:rsidRDefault="007E0221">
      <w:pPr>
        <w:spacing w:after="0" w:line="240" w:lineRule="auto"/>
      </w:pPr>
      <w:r>
        <w:separator/>
      </w:r>
    </w:p>
  </w:footnote>
  <w:footnote w:type="continuationSeparator" w:id="0">
    <w:p w14:paraId="407DBCA1" w14:textId="77777777" w:rsidR="007E0221" w:rsidRDefault="007E0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D4601"/>
    <w:multiLevelType w:val="hybridMultilevel"/>
    <w:tmpl w:val="99A0FFC6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3DAE025F"/>
    <w:multiLevelType w:val="hybridMultilevel"/>
    <w:tmpl w:val="43F4771E"/>
    <w:lvl w:ilvl="0" w:tplc="3BF8ED44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4D3B0DEF"/>
    <w:multiLevelType w:val="hybridMultilevel"/>
    <w:tmpl w:val="123847FA"/>
    <w:lvl w:ilvl="0" w:tplc="3BF8ED44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2" w15:restartNumberingAfterBreak="0">
    <w:nsid w:val="700F4DDF"/>
    <w:multiLevelType w:val="hybridMultilevel"/>
    <w:tmpl w:val="329C128C"/>
    <w:lvl w:ilvl="0" w:tplc="3BF8ED44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3" w15:restartNumberingAfterBreak="0">
    <w:nsid w:val="737A62F5"/>
    <w:multiLevelType w:val="hybridMultilevel"/>
    <w:tmpl w:val="131EE6A0"/>
    <w:lvl w:ilvl="0" w:tplc="3BF8ED44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4" w15:restartNumberingAfterBreak="0">
    <w:nsid w:val="7E4B4648"/>
    <w:multiLevelType w:val="hybridMultilevel"/>
    <w:tmpl w:val="8104D548"/>
    <w:lvl w:ilvl="0" w:tplc="3BF8ED44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num w:numId="1" w16cid:durableId="1735157333">
    <w:abstractNumId w:val="8"/>
  </w:num>
  <w:num w:numId="2" w16cid:durableId="1530952800">
    <w:abstractNumId w:val="6"/>
  </w:num>
  <w:num w:numId="3" w16cid:durableId="1563439687">
    <w:abstractNumId w:val="5"/>
  </w:num>
  <w:num w:numId="4" w16cid:durableId="285816446">
    <w:abstractNumId w:val="4"/>
  </w:num>
  <w:num w:numId="5" w16cid:durableId="1986620667">
    <w:abstractNumId w:val="7"/>
  </w:num>
  <w:num w:numId="6" w16cid:durableId="1452820764">
    <w:abstractNumId w:val="3"/>
  </w:num>
  <w:num w:numId="7" w16cid:durableId="911310049">
    <w:abstractNumId w:val="2"/>
  </w:num>
  <w:num w:numId="8" w16cid:durableId="2050059559">
    <w:abstractNumId w:val="1"/>
  </w:num>
  <w:num w:numId="9" w16cid:durableId="900865663">
    <w:abstractNumId w:val="0"/>
  </w:num>
  <w:num w:numId="10" w16cid:durableId="363215962">
    <w:abstractNumId w:val="9"/>
  </w:num>
  <w:num w:numId="11" w16cid:durableId="612908062">
    <w:abstractNumId w:val="11"/>
  </w:num>
  <w:num w:numId="12" w16cid:durableId="413278896">
    <w:abstractNumId w:val="12"/>
  </w:num>
  <w:num w:numId="13" w16cid:durableId="1780641432">
    <w:abstractNumId w:val="13"/>
  </w:num>
  <w:num w:numId="14" w16cid:durableId="471601387">
    <w:abstractNumId w:val="10"/>
  </w:num>
  <w:num w:numId="15" w16cid:durableId="14387928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7E36"/>
    <w:rsid w:val="00326F90"/>
    <w:rsid w:val="005B2F65"/>
    <w:rsid w:val="007E0221"/>
    <w:rsid w:val="008736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2BD00"/>
  <w14:defaultImageDpi w14:val="300"/>
  <w15:docId w15:val="{73488F68-42B5-41A9-98E2-49D52C7F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2026-09-28T17:38:00Z</dcterms:modified>
  <cp:category/>
</cp:coreProperties>
</file>