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08785" w14:textId="77777777" w:rsidR="005C024B" w:rsidRDefault="00000000">
      <w:pPr>
        <w:spacing w:after="40"/>
        <w:jc w:val="center"/>
      </w:pPr>
      <w:r>
        <w:rPr>
          <w:b/>
          <w:sz w:val="36"/>
        </w:rPr>
        <w:t>CLÍNICA NOVAVISIÓN</w:t>
      </w:r>
    </w:p>
    <w:p w14:paraId="126BB5DD" w14:textId="34E5B455" w:rsidR="005C024B" w:rsidRDefault="00000000">
      <w:pPr>
        <w:spacing w:after="140"/>
        <w:jc w:val="center"/>
      </w:pPr>
      <w:r>
        <w:rPr>
          <w:i/>
        </w:rPr>
        <w:t xml:space="preserve">02 · </w:t>
      </w:r>
      <w:proofErr w:type="spellStart"/>
      <w:r>
        <w:rPr>
          <w:i/>
        </w:rPr>
        <w:t>Entrevistas</w:t>
      </w:r>
      <w:proofErr w:type="spellEnd"/>
      <w:r>
        <w:rPr>
          <w:i/>
        </w:rPr>
        <w:t xml:space="preserve"> con </w:t>
      </w:r>
      <w:proofErr w:type="spellStart"/>
      <w:r>
        <w:rPr>
          <w:i/>
        </w:rPr>
        <w:t>profesionales</w:t>
      </w:r>
      <w:proofErr w:type="spellEnd"/>
      <w:r w:rsidR="00BF08CC">
        <w:rPr>
          <w:i/>
        </w:rPr>
        <w:br/>
      </w:r>
    </w:p>
    <w:p w14:paraId="492C89C5" w14:textId="77777777" w:rsidR="005C024B" w:rsidRPr="00BF08CC" w:rsidRDefault="00000000">
      <w:pPr>
        <w:spacing w:before="100"/>
        <w:rPr>
          <w:sz w:val="22"/>
          <w:szCs w:val="24"/>
        </w:rPr>
      </w:pPr>
      <w:r w:rsidRPr="00BF08CC">
        <w:rPr>
          <w:b/>
          <w:sz w:val="22"/>
          <w:szCs w:val="24"/>
        </w:rPr>
        <w:t xml:space="preserve">Nota de fuente: </w:t>
      </w:r>
      <w:r w:rsidRPr="00BF08CC">
        <w:rPr>
          <w:sz w:val="22"/>
          <w:szCs w:val="24"/>
        </w:rPr>
        <w:t>Tres entrevistas simuladas realizadas por separado. Se preservan diferencias de perspectiva entre perfiles.</w:t>
      </w:r>
    </w:p>
    <w:p w14:paraId="4CAE2408" w14:textId="77777777" w:rsidR="005C024B" w:rsidRPr="00BF08CC" w:rsidRDefault="00000000" w:rsidP="00BF08CC">
      <w:pPr>
        <w:pStyle w:val="Ttulo1"/>
        <w:spacing w:before="240"/>
      </w:pPr>
      <w:r w:rsidRPr="00BF08CC">
        <w:t>Marta Ruiz · Recepción · 8 años</w:t>
      </w:r>
    </w:p>
    <w:p w14:paraId="4FA91C19" w14:textId="431BE253" w:rsidR="005C024B" w:rsidRPr="00BF08CC" w:rsidRDefault="00000000" w:rsidP="00BF08CC">
      <w:pPr>
        <w:pStyle w:val="Prrafodelista"/>
        <w:numPr>
          <w:ilvl w:val="0"/>
          <w:numId w:val="13"/>
        </w:numPr>
        <w:spacing w:after="40"/>
        <w:rPr>
          <w:sz w:val="22"/>
          <w:szCs w:val="24"/>
        </w:rPr>
      </w:pPr>
      <w:r w:rsidRPr="00BF08CC">
        <w:rPr>
          <w:sz w:val="22"/>
          <w:szCs w:val="24"/>
        </w:rPr>
        <w:t xml:space="preserve">“La </w:t>
      </w:r>
      <w:proofErr w:type="spellStart"/>
      <w:r w:rsidRPr="00BF08CC">
        <w:rPr>
          <w:sz w:val="22"/>
          <w:szCs w:val="24"/>
        </w:rPr>
        <w:t>mayoría</w:t>
      </w:r>
      <w:proofErr w:type="spellEnd"/>
      <w:r w:rsidRPr="00BF08CC">
        <w:rPr>
          <w:sz w:val="22"/>
          <w:szCs w:val="24"/>
        </w:rPr>
        <w:t xml:space="preserve"> de </w:t>
      </w:r>
      <w:proofErr w:type="spellStart"/>
      <w:r w:rsidRPr="00BF08CC">
        <w:rPr>
          <w:sz w:val="22"/>
          <w:szCs w:val="24"/>
        </w:rPr>
        <w:t>los</w:t>
      </w:r>
      <w:proofErr w:type="spellEnd"/>
      <w:r w:rsidRPr="00BF08CC">
        <w:rPr>
          <w:sz w:val="22"/>
          <w:szCs w:val="24"/>
        </w:rPr>
        <w:t xml:space="preserve"> problemas nos llegan a nosotros aunque no sean administrativos.”</w:t>
      </w:r>
    </w:p>
    <w:p w14:paraId="25A7D914" w14:textId="749F140E" w:rsidR="005C024B" w:rsidRPr="00BF08CC" w:rsidRDefault="00000000" w:rsidP="00BF08CC">
      <w:pPr>
        <w:pStyle w:val="Prrafodelista"/>
        <w:numPr>
          <w:ilvl w:val="0"/>
          <w:numId w:val="13"/>
        </w:numPr>
        <w:spacing w:after="40"/>
        <w:rPr>
          <w:sz w:val="22"/>
          <w:szCs w:val="24"/>
        </w:rPr>
      </w:pPr>
      <w:proofErr w:type="spellStart"/>
      <w:r w:rsidRPr="00BF08CC">
        <w:rPr>
          <w:sz w:val="22"/>
          <w:szCs w:val="24"/>
        </w:rPr>
        <w:t>Recibe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muchas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llamadas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sobre</w:t>
      </w:r>
      <w:proofErr w:type="spellEnd"/>
      <w:r w:rsidRPr="00BF08CC">
        <w:rPr>
          <w:sz w:val="22"/>
          <w:szCs w:val="24"/>
        </w:rPr>
        <w:t xml:space="preserve"> preparación de pruebas, medicación y seguimiento. Cuando la duda es clínica, intenta localizar </w:t>
      </w:r>
      <w:proofErr w:type="gramStart"/>
      <w:r w:rsidRPr="00BF08CC">
        <w:rPr>
          <w:sz w:val="22"/>
          <w:szCs w:val="24"/>
        </w:rPr>
        <w:t>a</w:t>
      </w:r>
      <w:proofErr w:type="gramEnd"/>
      <w:r w:rsidRPr="00BF08CC">
        <w:rPr>
          <w:sz w:val="22"/>
          <w:szCs w:val="24"/>
        </w:rPr>
        <w:t xml:space="preserve"> enfermería o al médico.</w:t>
      </w:r>
    </w:p>
    <w:p w14:paraId="333FA09E" w14:textId="44A8E40A" w:rsidR="005C024B" w:rsidRPr="00BF08CC" w:rsidRDefault="00000000" w:rsidP="00BF08CC">
      <w:pPr>
        <w:pStyle w:val="Prrafodelista"/>
        <w:numPr>
          <w:ilvl w:val="0"/>
          <w:numId w:val="13"/>
        </w:numPr>
        <w:spacing w:after="40"/>
        <w:rPr>
          <w:sz w:val="22"/>
          <w:szCs w:val="24"/>
        </w:rPr>
      </w:pPr>
      <w:r w:rsidRPr="00BF08CC">
        <w:rPr>
          <w:sz w:val="22"/>
          <w:szCs w:val="24"/>
        </w:rPr>
        <w:t xml:space="preserve">Los </w:t>
      </w:r>
      <w:proofErr w:type="spellStart"/>
      <w:r w:rsidRPr="00BF08CC">
        <w:rPr>
          <w:sz w:val="22"/>
          <w:szCs w:val="24"/>
        </w:rPr>
        <w:t>cambios</w:t>
      </w:r>
      <w:proofErr w:type="spellEnd"/>
      <w:r w:rsidRPr="00BF08CC">
        <w:rPr>
          <w:sz w:val="22"/>
          <w:szCs w:val="24"/>
        </w:rPr>
        <w:t xml:space="preserve"> de agenda de última hora generan llamadas repetidas y, en ocasiones, pacientes que llegan con una hora distinta de la prevista.</w:t>
      </w:r>
    </w:p>
    <w:p w14:paraId="2B01AAC3" w14:textId="66FF321D" w:rsidR="005C024B" w:rsidRPr="00BF08CC" w:rsidRDefault="00000000" w:rsidP="00BF08CC">
      <w:pPr>
        <w:pStyle w:val="Prrafodelista"/>
        <w:numPr>
          <w:ilvl w:val="0"/>
          <w:numId w:val="13"/>
        </w:numPr>
        <w:spacing w:after="40"/>
        <w:rPr>
          <w:sz w:val="22"/>
          <w:szCs w:val="24"/>
        </w:rPr>
      </w:pPr>
      <w:r w:rsidRPr="00BF08CC">
        <w:rPr>
          <w:sz w:val="22"/>
          <w:szCs w:val="24"/>
        </w:rPr>
        <w:t xml:space="preserve">“Hay </w:t>
      </w:r>
      <w:proofErr w:type="spellStart"/>
      <w:r w:rsidRPr="00BF08CC">
        <w:rPr>
          <w:sz w:val="22"/>
          <w:szCs w:val="24"/>
        </w:rPr>
        <w:t>pacientes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que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preguntan</w:t>
      </w:r>
      <w:proofErr w:type="spellEnd"/>
      <w:r w:rsidRPr="00BF08CC">
        <w:rPr>
          <w:sz w:val="22"/>
          <w:szCs w:val="24"/>
        </w:rPr>
        <w:t xml:space="preserve"> lo mismo varias veces porque el SMS solo dice la hora. Si es una prueba especial, muchas veces les explicamos nosotros lo que recordamos.”</w:t>
      </w:r>
    </w:p>
    <w:p w14:paraId="7A00BAC0" w14:textId="194145A2" w:rsidR="005C024B" w:rsidRPr="00BF08CC" w:rsidRDefault="00000000" w:rsidP="00BF08CC">
      <w:pPr>
        <w:pStyle w:val="Prrafodelista"/>
        <w:numPr>
          <w:ilvl w:val="0"/>
          <w:numId w:val="13"/>
        </w:numPr>
        <w:spacing w:after="40"/>
        <w:rPr>
          <w:sz w:val="22"/>
          <w:szCs w:val="24"/>
        </w:rPr>
      </w:pPr>
      <w:proofErr w:type="spellStart"/>
      <w:r w:rsidRPr="00BF08CC">
        <w:rPr>
          <w:sz w:val="22"/>
          <w:szCs w:val="24"/>
        </w:rPr>
        <w:t>Mantiene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una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libreta</w:t>
      </w:r>
      <w:proofErr w:type="spellEnd"/>
      <w:r w:rsidRPr="00BF08CC">
        <w:rPr>
          <w:sz w:val="22"/>
          <w:szCs w:val="24"/>
        </w:rPr>
        <w:t xml:space="preserve"> personal con teléfonos internos y nombres de referencia para resolver incidencias rápidamente.</w:t>
      </w:r>
    </w:p>
    <w:p w14:paraId="090955A2" w14:textId="257F3FF4" w:rsidR="005C024B" w:rsidRPr="00BF08CC" w:rsidRDefault="00000000" w:rsidP="00BF08CC">
      <w:pPr>
        <w:pStyle w:val="Prrafodelista"/>
        <w:numPr>
          <w:ilvl w:val="0"/>
          <w:numId w:val="13"/>
        </w:numPr>
        <w:spacing w:after="40"/>
        <w:rPr>
          <w:sz w:val="22"/>
          <w:szCs w:val="24"/>
        </w:rPr>
      </w:pPr>
      <w:proofErr w:type="spellStart"/>
      <w:r w:rsidRPr="00BF08CC">
        <w:rPr>
          <w:sz w:val="22"/>
          <w:szCs w:val="24"/>
        </w:rPr>
        <w:t>Considera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que</w:t>
      </w:r>
      <w:proofErr w:type="spellEnd"/>
      <w:r w:rsidRPr="00BF08CC">
        <w:rPr>
          <w:sz w:val="22"/>
          <w:szCs w:val="24"/>
        </w:rPr>
        <w:t xml:space="preserve"> la </w:t>
      </w:r>
      <w:proofErr w:type="spellStart"/>
      <w:r w:rsidRPr="00BF08CC">
        <w:rPr>
          <w:sz w:val="22"/>
          <w:szCs w:val="24"/>
        </w:rPr>
        <w:t>espera</w:t>
      </w:r>
      <w:proofErr w:type="spellEnd"/>
      <w:r w:rsidRPr="00BF08CC">
        <w:rPr>
          <w:sz w:val="22"/>
          <w:szCs w:val="24"/>
        </w:rPr>
        <w:t xml:space="preserve"> empeora a partir de las 17:00, especialmente los martes y jueves.</w:t>
      </w:r>
    </w:p>
    <w:p w14:paraId="4626E152" w14:textId="77777777" w:rsidR="005C024B" w:rsidRPr="00BF08CC" w:rsidRDefault="00000000" w:rsidP="00BF08CC">
      <w:pPr>
        <w:pStyle w:val="Ttulo1"/>
        <w:spacing w:before="240"/>
      </w:pPr>
      <w:r w:rsidRPr="00BF08CC">
        <w:t>Laura Gómez · Enfermería quirúrgica · 5 años</w:t>
      </w:r>
    </w:p>
    <w:p w14:paraId="5C9EECD7" w14:textId="552BA3D7" w:rsidR="005C024B" w:rsidRPr="00BF08CC" w:rsidRDefault="00000000" w:rsidP="00BF08CC">
      <w:pPr>
        <w:pStyle w:val="Prrafodelista"/>
        <w:numPr>
          <w:ilvl w:val="0"/>
          <w:numId w:val="13"/>
        </w:numPr>
        <w:spacing w:after="40"/>
        <w:rPr>
          <w:sz w:val="22"/>
          <w:szCs w:val="24"/>
        </w:rPr>
      </w:pPr>
      <w:proofErr w:type="spellStart"/>
      <w:r w:rsidRPr="00BF08CC">
        <w:rPr>
          <w:sz w:val="22"/>
          <w:szCs w:val="24"/>
        </w:rPr>
        <w:t>Señala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que</w:t>
      </w:r>
      <w:proofErr w:type="spellEnd"/>
      <w:r w:rsidRPr="00BF08CC">
        <w:rPr>
          <w:sz w:val="22"/>
          <w:szCs w:val="24"/>
        </w:rPr>
        <w:t xml:space="preserve"> el </w:t>
      </w:r>
      <w:proofErr w:type="spellStart"/>
      <w:r w:rsidRPr="00BF08CC">
        <w:rPr>
          <w:sz w:val="22"/>
          <w:szCs w:val="24"/>
        </w:rPr>
        <w:t>equipo</w:t>
      </w:r>
      <w:proofErr w:type="spellEnd"/>
      <w:r w:rsidRPr="00BF08CC">
        <w:rPr>
          <w:sz w:val="22"/>
          <w:szCs w:val="24"/>
        </w:rPr>
        <w:t xml:space="preserve"> clínico explica bien las intervenciones, pero la información puede variar en detalle según el profesional.</w:t>
      </w:r>
    </w:p>
    <w:p w14:paraId="57F0DD14" w14:textId="2F1FF3BA" w:rsidR="005C024B" w:rsidRPr="00BF08CC" w:rsidRDefault="00000000" w:rsidP="00BF08CC">
      <w:pPr>
        <w:pStyle w:val="Prrafodelista"/>
        <w:numPr>
          <w:ilvl w:val="0"/>
          <w:numId w:val="13"/>
        </w:numPr>
        <w:spacing w:after="40"/>
        <w:rPr>
          <w:sz w:val="22"/>
          <w:szCs w:val="24"/>
        </w:rPr>
      </w:pPr>
      <w:proofErr w:type="spellStart"/>
      <w:r w:rsidRPr="00BF08CC">
        <w:rPr>
          <w:sz w:val="22"/>
          <w:szCs w:val="24"/>
        </w:rPr>
        <w:t>Después</w:t>
      </w:r>
      <w:proofErr w:type="spellEnd"/>
      <w:r w:rsidRPr="00BF08CC">
        <w:rPr>
          <w:sz w:val="22"/>
          <w:szCs w:val="24"/>
        </w:rPr>
        <w:t xml:space="preserve"> de </w:t>
      </w:r>
      <w:proofErr w:type="spellStart"/>
      <w:r w:rsidRPr="00BF08CC">
        <w:rPr>
          <w:sz w:val="22"/>
          <w:szCs w:val="24"/>
        </w:rPr>
        <w:t>una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cirugía</w:t>
      </w:r>
      <w:proofErr w:type="spellEnd"/>
      <w:r w:rsidRPr="00BF08CC">
        <w:rPr>
          <w:sz w:val="22"/>
          <w:szCs w:val="24"/>
        </w:rPr>
        <w:t xml:space="preserve"> existe un protocolo de llamada en 24–48 horas, pero no hay una persona dedicada exclusivamente </w:t>
      </w:r>
      <w:proofErr w:type="gramStart"/>
      <w:r w:rsidRPr="00BF08CC">
        <w:rPr>
          <w:sz w:val="22"/>
          <w:szCs w:val="24"/>
        </w:rPr>
        <w:t>a</w:t>
      </w:r>
      <w:proofErr w:type="gramEnd"/>
      <w:r w:rsidRPr="00BF08CC">
        <w:rPr>
          <w:sz w:val="22"/>
          <w:szCs w:val="24"/>
        </w:rPr>
        <w:t xml:space="preserve"> esa tarea.</w:t>
      </w:r>
    </w:p>
    <w:p w14:paraId="4E5E3476" w14:textId="056723E3" w:rsidR="005C024B" w:rsidRPr="00BF08CC" w:rsidRDefault="00000000" w:rsidP="00BF08CC">
      <w:pPr>
        <w:pStyle w:val="Prrafodelista"/>
        <w:numPr>
          <w:ilvl w:val="0"/>
          <w:numId w:val="13"/>
        </w:numPr>
        <w:spacing w:after="40"/>
        <w:rPr>
          <w:sz w:val="22"/>
          <w:szCs w:val="24"/>
        </w:rPr>
      </w:pPr>
      <w:r w:rsidRPr="00BF08CC">
        <w:rPr>
          <w:sz w:val="22"/>
          <w:szCs w:val="24"/>
        </w:rPr>
        <w:t xml:space="preserve">“Si el día </w:t>
      </w:r>
      <w:proofErr w:type="spellStart"/>
      <w:r w:rsidRPr="00BF08CC">
        <w:rPr>
          <w:sz w:val="22"/>
          <w:szCs w:val="24"/>
        </w:rPr>
        <w:t>está</w:t>
      </w:r>
      <w:proofErr w:type="spellEnd"/>
      <w:r w:rsidRPr="00BF08CC">
        <w:rPr>
          <w:sz w:val="22"/>
          <w:szCs w:val="24"/>
        </w:rPr>
        <w:t xml:space="preserve"> complicado, alguna llamada se queda para después. Yo intento recuperar las que veo pendientes, incluso desde mi móvil si hace falta.”</w:t>
      </w:r>
    </w:p>
    <w:p w14:paraId="0F0F77CD" w14:textId="7D9345DE" w:rsidR="005C024B" w:rsidRPr="00BF08CC" w:rsidRDefault="00000000" w:rsidP="00BF08CC">
      <w:pPr>
        <w:pStyle w:val="Prrafodelista"/>
        <w:numPr>
          <w:ilvl w:val="0"/>
          <w:numId w:val="13"/>
        </w:numPr>
        <w:spacing w:after="40"/>
        <w:rPr>
          <w:sz w:val="22"/>
          <w:szCs w:val="24"/>
        </w:rPr>
      </w:pPr>
      <w:proofErr w:type="spellStart"/>
      <w:r w:rsidRPr="00BF08CC">
        <w:rPr>
          <w:sz w:val="22"/>
          <w:szCs w:val="24"/>
        </w:rPr>
        <w:t>Detecta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pacientes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que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llegan</w:t>
      </w:r>
      <w:proofErr w:type="spellEnd"/>
      <w:r w:rsidRPr="00BF08CC">
        <w:rPr>
          <w:sz w:val="22"/>
          <w:szCs w:val="24"/>
        </w:rPr>
        <w:t xml:space="preserve"> sin tener claro si deben venir acompañados o cuánto tiempo permanecerán en la clínica.</w:t>
      </w:r>
    </w:p>
    <w:p w14:paraId="5F739A49" w14:textId="5A21F39F" w:rsidR="005C024B" w:rsidRPr="00BF08CC" w:rsidRDefault="00000000" w:rsidP="00BF08CC">
      <w:pPr>
        <w:pStyle w:val="Prrafodelista"/>
        <w:numPr>
          <w:ilvl w:val="0"/>
          <w:numId w:val="13"/>
        </w:numPr>
        <w:spacing w:after="40"/>
        <w:rPr>
          <w:sz w:val="22"/>
          <w:szCs w:val="24"/>
        </w:rPr>
      </w:pPr>
      <w:proofErr w:type="spellStart"/>
      <w:r w:rsidRPr="00BF08CC">
        <w:rPr>
          <w:sz w:val="22"/>
          <w:szCs w:val="24"/>
        </w:rPr>
        <w:t>Considera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que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muchos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problemas</w:t>
      </w:r>
      <w:proofErr w:type="spellEnd"/>
      <w:r w:rsidRPr="00BF08CC">
        <w:rPr>
          <w:sz w:val="22"/>
          <w:szCs w:val="24"/>
        </w:rPr>
        <w:t xml:space="preserve"> no son clínicos, sino de transición entre recepción, enfermería y consulta.</w:t>
      </w:r>
    </w:p>
    <w:p w14:paraId="70F2BFCD" w14:textId="77777777" w:rsidR="005C024B" w:rsidRPr="00BF08CC" w:rsidRDefault="00000000" w:rsidP="00BF08CC">
      <w:pPr>
        <w:pStyle w:val="Ttulo1"/>
        <w:spacing w:before="240"/>
      </w:pPr>
      <w:r w:rsidRPr="00BF08CC">
        <w:t>Carlos Vega · Oftalmólogo · 3 años</w:t>
      </w:r>
    </w:p>
    <w:p w14:paraId="2BB52125" w14:textId="22215E7F" w:rsidR="005C024B" w:rsidRPr="00BF08CC" w:rsidRDefault="00000000" w:rsidP="00BF08CC">
      <w:pPr>
        <w:pStyle w:val="Prrafodelista"/>
        <w:numPr>
          <w:ilvl w:val="0"/>
          <w:numId w:val="15"/>
        </w:numPr>
        <w:spacing w:after="40"/>
        <w:rPr>
          <w:sz w:val="22"/>
          <w:szCs w:val="24"/>
        </w:rPr>
      </w:pPr>
      <w:r w:rsidRPr="00BF08CC">
        <w:rPr>
          <w:sz w:val="22"/>
          <w:szCs w:val="24"/>
        </w:rPr>
        <w:t xml:space="preserve">Valora </w:t>
      </w:r>
      <w:proofErr w:type="spellStart"/>
      <w:r w:rsidRPr="00BF08CC">
        <w:rPr>
          <w:sz w:val="22"/>
          <w:szCs w:val="24"/>
        </w:rPr>
        <w:t>muy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positivamente</w:t>
      </w:r>
      <w:proofErr w:type="spellEnd"/>
      <w:r w:rsidRPr="00BF08CC">
        <w:rPr>
          <w:sz w:val="22"/>
          <w:szCs w:val="24"/>
        </w:rPr>
        <w:t xml:space="preserve"> el trato del equipo y considera que la satisfacción clínica es alta.</w:t>
      </w:r>
    </w:p>
    <w:p w14:paraId="5EC56414" w14:textId="45F35FD6" w:rsidR="005C024B" w:rsidRPr="00BF08CC" w:rsidRDefault="00000000" w:rsidP="00BF08CC">
      <w:pPr>
        <w:pStyle w:val="Prrafodelista"/>
        <w:numPr>
          <w:ilvl w:val="0"/>
          <w:numId w:val="15"/>
        </w:numPr>
        <w:spacing w:after="40"/>
        <w:rPr>
          <w:sz w:val="22"/>
          <w:szCs w:val="24"/>
        </w:rPr>
      </w:pPr>
      <w:proofErr w:type="spellStart"/>
      <w:r w:rsidRPr="00BF08CC">
        <w:rPr>
          <w:sz w:val="22"/>
          <w:szCs w:val="24"/>
        </w:rPr>
        <w:t>Percibe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que</w:t>
      </w:r>
      <w:proofErr w:type="spellEnd"/>
      <w:r w:rsidRPr="00BF08CC">
        <w:rPr>
          <w:sz w:val="22"/>
          <w:szCs w:val="24"/>
        </w:rPr>
        <w:t xml:space="preserve"> la </w:t>
      </w:r>
      <w:proofErr w:type="spellStart"/>
      <w:r w:rsidRPr="00BF08CC">
        <w:rPr>
          <w:sz w:val="22"/>
          <w:szCs w:val="24"/>
        </w:rPr>
        <w:t>presión</w:t>
      </w:r>
      <w:proofErr w:type="spellEnd"/>
      <w:r w:rsidRPr="00BF08CC">
        <w:rPr>
          <w:sz w:val="22"/>
          <w:szCs w:val="24"/>
        </w:rPr>
        <w:t xml:space="preserve"> de agenda ha aumentado y que los retrasos se acumulan cuando una consulta requiere más tiempo del previsto.</w:t>
      </w:r>
    </w:p>
    <w:p w14:paraId="559D32B9" w14:textId="07C91B29" w:rsidR="005C024B" w:rsidRPr="00BF08CC" w:rsidRDefault="00000000" w:rsidP="00BF08CC">
      <w:pPr>
        <w:pStyle w:val="Prrafodelista"/>
        <w:numPr>
          <w:ilvl w:val="0"/>
          <w:numId w:val="15"/>
        </w:numPr>
        <w:spacing w:after="40"/>
        <w:rPr>
          <w:sz w:val="22"/>
          <w:szCs w:val="24"/>
        </w:rPr>
      </w:pPr>
      <w:r w:rsidRPr="00BF08CC">
        <w:rPr>
          <w:sz w:val="22"/>
          <w:szCs w:val="24"/>
        </w:rPr>
        <w:t>“</w:t>
      </w:r>
      <w:proofErr w:type="spellStart"/>
      <w:r w:rsidRPr="00BF08CC">
        <w:rPr>
          <w:sz w:val="22"/>
          <w:szCs w:val="24"/>
        </w:rPr>
        <w:t>Prefiero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dedicar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cinco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minutos</w:t>
      </w:r>
      <w:proofErr w:type="spellEnd"/>
      <w:r w:rsidRPr="00BF08CC">
        <w:rPr>
          <w:sz w:val="22"/>
          <w:szCs w:val="24"/>
        </w:rPr>
        <w:t xml:space="preserve"> más a un paciente si los necesita. El problema es que después nadie reajusta el resto de la agenda.”</w:t>
      </w:r>
    </w:p>
    <w:p w14:paraId="0AAFCCC9" w14:textId="7E0E7714" w:rsidR="005C024B" w:rsidRPr="00BF08CC" w:rsidRDefault="00000000" w:rsidP="00BF08CC">
      <w:pPr>
        <w:pStyle w:val="Prrafodelista"/>
        <w:numPr>
          <w:ilvl w:val="0"/>
          <w:numId w:val="15"/>
        </w:numPr>
        <w:spacing w:after="40"/>
        <w:rPr>
          <w:sz w:val="22"/>
          <w:szCs w:val="24"/>
        </w:rPr>
      </w:pPr>
      <w:r w:rsidRPr="00BF08CC">
        <w:rPr>
          <w:sz w:val="22"/>
          <w:szCs w:val="24"/>
        </w:rPr>
        <w:t xml:space="preserve">No </w:t>
      </w:r>
      <w:proofErr w:type="spellStart"/>
      <w:r w:rsidRPr="00BF08CC">
        <w:rPr>
          <w:sz w:val="22"/>
          <w:szCs w:val="24"/>
        </w:rPr>
        <w:t>conoce</w:t>
      </w:r>
      <w:proofErr w:type="spellEnd"/>
      <w:r w:rsidRPr="00BF08CC">
        <w:rPr>
          <w:sz w:val="22"/>
          <w:szCs w:val="24"/>
        </w:rPr>
        <w:t xml:space="preserve"> con </w:t>
      </w:r>
      <w:proofErr w:type="spellStart"/>
      <w:r w:rsidRPr="00BF08CC">
        <w:rPr>
          <w:sz w:val="22"/>
          <w:szCs w:val="24"/>
        </w:rPr>
        <w:t>detalle</w:t>
      </w:r>
      <w:proofErr w:type="spellEnd"/>
      <w:r w:rsidRPr="00BF08CC">
        <w:rPr>
          <w:sz w:val="22"/>
          <w:szCs w:val="24"/>
        </w:rPr>
        <w:t xml:space="preserve"> qué información exacta recibe el paciente por SMS o email antes de determinadas pruebas.</w:t>
      </w:r>
    </w:p>
    <w:p w14:paraId="154FEBE0" w14:textId="41CE756E" w:rsidR="005C024B" w:rsidRPr="00BF08CC" w:rsidRDefault="00000000" w:rsidP="00BF08CC">
      <w:pPr>
        <w:pStyle w:val="Prrafodelista"/>
        <w:numPr>
          <w:ilvl w:val="0"/>
          <w:numId w:val="15"/>
        </w:numPr>
        <w:spacing w:after="40"/>
        <w:rPr>
          <w:sz w:val="22"/>
          <w:szCs w:val="24"/>
        </w:rPr>
      </w:pPr>
      <w:proofErr w:type="spellStart"/>
      <w:r w:rsidRPr="00BF08CC">
        <w:rPr>
          <w:sz w:val="22"/>
          <w:szCs w:val="24"/>
        </w:rPr>
        <w:t>Suele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explicar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verbalmente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los</w:t>
      </w:r>
      <w:proofErr w:type="spellEnd"/>
      <w:r w:rsidRPr="00BF08CC">
        <w:rPr>
          <w:sz w:val="22"/>
          <w:szCs w:val="24"/>
        </w:rPr>
        <w:t xml:space="preserve"> siguientes pasos y confía en que recepción entregue o recuerde la información complementaria.</w:t>
      </w:r>
    </w:p>
    <w:p w14:paraId="3618B456" w14:textId="77777777" w:rsidR="005C024B" w:rsidRPr="00BF08CC" w:rsidRDefault="00000000" w:rsidP="00BF08CC">
      <w:pPr>
        <w:pStyle w:val="Ttulo1"/>
        <w:spacing w:before="240"/>
      </w:pPr>
      <w:r w:rsidRPr="00BF08CC">
        <w:t>Temas repetidos entre profesionales</w:t>
      </w:r>
    </w:p>
    <w:p w14:paraId="6CCB176A" w14:textId="4F5BC2CB" w:rsidR="005C024B" w:rsidRPr="00BF08CC" w:rsidRDefault="00000000" w:rsidP="00BF08CC">
      <w:pPr>
        <w:pStyle w:val="Prrafodelista"/>
        <w:numPr>
          <w:ilvl w:val="0"/>
          <w:numId w:val="15"/>
        </w:numPr>
        <w:spacing w:after="40"/>
        <w:rPr>
          <w:sz w:val="22"/>
          <w:szCs w:val="24"/>
        </w:rPr>
      </w:pPr>
      <w:proofErr w:type="spellStart"/>
      <w:r w:rsidRPr="00BF08CC">
        <w:rPr>
          <w:sz w:val="22"/>
          <w:szCs w:val="24"/>
        </w:rPr>
        <w:t>Dependencia</w:t>
      </w:r>
      <w:proofErr w:type="spellEnd"/>
      <w:r w:rsidRPr="00BF08CC">
        <w:rPr>
          <w:sz w:val="22"/>
          <w:szCs w:val="24"/>
        </w:rPr>
        <w:t xml:space="preserve"> de </w:t>
      </w:r>
      <w:proofErr w:type="spellStart"/>
      <w:r w:rsidRPr="00BF08CC">
        <w:rPr>
          <w:sz w:val="22"/>
          <w:szCs w:val="24"/>
        </w:rPr>
        <w:t>coordinación</w:t>
      </w:r>
      <w:proofErr w:type="spellEnd"/>
      <w:r w:rsidRPr="00BF08CC">
        <w:rPr>
          <w:sz w:val="22"/>
          <w:szCs w:val="24"/>
        </w:rPr>
        <w:t xml:space="preserve"> informal entre personas.</w:t>
      </w:r>
    </w:p>
    <w:p w14:paraId="464E24FC" w14:textId="20E7D8DD" w:rsidR="005C024B" w:rsidRPr="00BF08CC" w:rsidRDefault="00000000" w:rsidP="00BF08CC">
      <w:pPr>
        <w:pStyle w:val="Prrafodelista"/>
        <w:numPr>
          <w:ilvl w:val="0"/>
          <w:numId w:val="15"/>
        </w:numPr>
        <w:spacing w:after="40"/>
        <w:rPr>
          <w:sz w:val="22"/>
          <w:szCs w:val="24"/>
        </w:rPr>
      </w:pPr>
      <w:proofErr w:type="spellStart"/>
      <w:r w:rsidRPr="00BF08CC">
        <w:rPr>
          <w:sz w:val="22"/>
          <w:szCs w:val="24"/>
        </w:rPr>
        <w:t>Variabilidad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en</w:t>
      </w:r>
      <w:proofErr w:type="spellEnd"/>
      <w:r w:rsidRPr="00BF08CC">
        <w:rPr>
          <w:sz w:val="22"/>
          <w:szCs w:val="24"/>
        </w:rPr>
        <w:t xml:space="preserve"> la </w:t>
      </w:r>
      <w:proofErr w:type="spellStart"/>
      <w:r w:rsidRPr="00BF08CC">
        <w:rPr>
          <w:sz w:val="22"/>
          <w:szCs w:val="24"/>
        </w:rPr>
        <w:t>información</w:t>
      </w:r>
      <w:proofErr w:type="spellEnd"/>
      <w:r w:rsidRPr="00BF08CC">
        <w:rPr>
          <w:sz w:val="22"/>
          <w:szCs w:val="24"/>
        </w:rPr>
        <w:t xml:space="preserve"> ofrecida al paciente.</w:t>
      </w:r>
    </w:p>
    <w:p w14:paraId="3EEDAB8B" w14:textId="2A5AF7FA" w:rsidR="005C024B" w:rsidRPr="00BF08CC" w:rsidRDefault="00000000" w:rsidP="00BF08CC">
      <w:pPr>
        <w:pStyle w:val="Prrafodelista"/>
        <w:numPr>
          <w:ilvl w:val="0"/>
          <w:numId w:val="15"/>
        </w:numPr>
        <w:spacing w:after="40"/>
        <w:rPr>
          <w:sz w:val="22"/>
          <w:szCs w:val="24"/>
        </w:rPr>
      </w:pPr>
      <w:proofErr w:type="spellStart"/>
      <w:r w:rsidRPr="00BF08CC">
        <w:rPr>
          <w:sz w:val="22"/>
          <w:szCs w:val="24"/>
        </w:rPr>
        <w:t>Presión</w:t>
      </w:r>
      <w:proofErr w:type="spellEnd"/>
      <w:r w:rsidRPr="00BF08CC">
        <w:rPr>
          <w:sz w:val="22"/>
          <w:szCs w:val="24"/>
        </w:rPr>
        <w:t xml:space="preserve"> de agenda y efecto acumulativo de retrasos.</w:t>
      </w:r>
    </w:p>
    <w:p w14:paraId="3EDABEB9" w14:textId="7D938843" w:rsidR="005C024B" w:rsidRPr="00BF08CC" w:rsidRDefault="00000000" w:rsidP="00BF08CC">
      <w:pPr>
        <w:pStyle w:val="Prrafodelista"/>
        <w:numPr>
          <w:ilvl w:val="0"/>
          <w:numId w:val="15"/>
        </w:numPr>
        <w:spacing w:after="40"/>
        <w:rPr>
          <w:sz w:val="22"/>
          <w:szCs w:val="24"/>
        </w:rPr>
      </w:pPr>
      <w:proofErr w:type="spellStart"/>
      <w:r w:rsidRPr="00BF08CC">
        <w:rPr>
          <w:sz w:val="22"/>
          <w:szCs w:val="24"/>
        </w:rPr>
        <w:t>Recepción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como</w:t>
      </w:r>
      <w:proofErr w:type="spellEnd"/>
      <w:r w:rsidRPr="00BF08CC">
        <w:rPr>
          <w:sz w:val="22"/>
          <w:szCs w:val="24"/>
        </w:rPr>
        <w:t xml:space="preserve"> punto de absorción de dudas procedentes de otras fases.</w:t>
      </w:r>
    </w:p>
    <w:p w14:paraId="68D3A721" w14:textId="3F373CD8" w:rsidR="005C024B" w:rsidRPr="00BF08CC" w:rsidRDefault="00000000" w:rsidP="00BF08CC">
      <w:pPr>
        <w:pStyle w:val="Prrafodelista"/>
        <w:numPr>
          <w:ilvl w:val="0"/>
          <w:numId w:val="15"/>
        </w:numPr>
        <w:spacing w:after="40"/>
        <w:rPr>
          <w:sz w:val="22"/>
          <w:szCs w:val="24"/>
        </w:rPr>
      </w:pPr>
      <w:proofErr w:type="spellStart"/>
      <w:r w:rsidRPr="00BF08CC">
        <w:rPr>
          <w:sz w:val="22"/>
          <w:szCs w:val="24"/>
        </w:rPr>
        <w:t>Seguimiento</w:t>
      </w:r>
      <w:proofErr w:type="spellEnd"/>
      <w:r w:rsidRPr="00BF08CC">
        <w:rPr>
          <w:sz w:val="22"/>
          <w:szCs w:val="24"/>
        </w:rPr>
        <w:t xml:space="preserve"> </w:t>
      </w:r>
      <w:proofErr w:type="spellStart"/>
      <w:r w:rsidRPr="00BF08CC">
        <w:rPr>
          <w:sz w:val="22"/>
          <w:szCs w:val="24"/>
        </w:rPr>
        <w:t>postoperatorio</w:t>
      </w:r>
      <w:proofErr w:type="spellEnd"/>
      <w:r w:rsidRPr="00BF08CC">
        <w:rPr>
          <w:sz w:val="22"/>
          <w:szCs w:val="24"/>
        </w:rPr>
        <w:t xml:space="preserve"> vulnerable a la carga de trabajo.</w:t>
      </w:r>
    </w:p>
    <w:sectPr w:rsidR="005C024B" w:rsidRPr="00BF08CC" w:rsidSect="00034616">
      <w:footerReference w:type="default" r:id="rId8"/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02D4F" w14:textId="77777777" w:rsidR="00051BD2" w:rsidRDefault="00051BD2">
      <w:pPr>
        <w:spacing w:after="0" w:line="240" w:lineRule="auto"/>
      </w:pPr>
      <w:r>
        <w:separator/>
      </w:r>
    </w:p>
  </w:endnote>
  <w:endnote w:type="continuationSeparator" w:id="0">
    <w:p w14:paraId="6FAAB74C" w14:textId="77777777" w:rsidR="00051BD2" w:rsidRDefault="00051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A80A6" w14:textId="77777777" w:rsidR="005C024B" w:rsidRDefault="00000000">
    <w:pPr>
      <w:pStyle w:val="Piedepgina"/>
      <w:jc w:val="center"/>
    </w:pPr>
    <w:r>
      <w:rPr>
        <w:sz w:val="15"/>
      </w:rPr>
      <w:t xml:space="preserve">CASO FICTICIO · Material para </w:t>
    </w:r>
    <w:proofErr w:type="spellStart"/>
    <w:r>
      <w:rPr>
        <w:sz w:val="15"/>
      </w:rPr>
      <w:t>ejercicio</w:t>
    </w:r>
    <w:proofErr w:type="spellEnd"/>
    <w:r>
      <w:rPr>
        <w:sz w:val="15"/>
      </w:rPr>
      <w:t xml:space="preserve"> de </w:t>
    </w:r>
    <w:proofErr w:type="spellStart"/>
    <w:r>
      <w:rPr>
        <w:sz w:val="15"/>
      </w:rPr>
      <w:t>consultoría</w:t>
    </w:r>
    <w:proofErr w:type="spellEnd"/>
    <w:r>
      <w:rPr>
        <w:sz w:val="15"/>
      </w:rPr>
      <w:t xml:space="preserve"> con 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E3D86" w14:textId="77777777" w:rsidR="00051BD2" w:rsidRDefault="00051BD2">
      <w:pPr>
        <w:spacing w:after="0" w:line="240" w:lineRule="auto"/>
      </w:pPr>
      <w:r>
        <w:separator/>
      </w:r>
    </w:p>
  </w:footnote>
  <w:footnote w:type="continuationSeparator" w:id="0">
    <w:p w14:paraId="2025CA02" w14:textId="77777777" w:rsidR="00051BD2" w:rsidRDefault="00051B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6A6162"/>
    <w:multiLevelType w:val="hybridMultilevel"/>
    <w:tmpl w:val="7F520554"/>
    <w:lvl w:ilvl="0" w:tplc="269209DC">
      <w:numFmt w:val="bullet"/>
      <w:lvlText w:val="•"/>
      <w:lvlJc w:val="left"/>
      <w:pPr>
        <w:ind w:left="49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0" w15:restartNumberingAfterBreak="0">
    <w:nsid w:val="19FD41C1"/>
    <w:multiLevelType w:val="hybridMultilevel"/>
    <w:tmpl w:val="9E383766"/>
    <w:lvl w:ilvl="0" w:tplc="A9688A6E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1" w15:restartNumberingAfterBreak="0">
    <w:nsid w:val="22780E06"/>
    <w:multiLevelType w:val="hybridMultilevel"/>
    <w:tmpl w:val="4964F482"/>
    <w:lvl w:ilvl="0" w:tplc="A9688A6E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2" w15:restartNumberingAfterBreak="0">
    <w:nsid w:val="3AB0279C"/>
    <w:multiLevelType w:val="hybridMultilevel"/>
    <w:tmpl w:val="9B8608E4"/>
    <w:lvl w:ilvl="0" w:tplc="0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3" w15:restartNumberingAfterBreak="0">
    <w:nsid w:val="58A91159"/>
    <w:multiLevelType w:val="hybridMultilevel"/>
    <w:tmpl w:val="2D4ADF4E"/>
    <w:lvl w:ilvl="0" w:tplc="A9688A6E">
      <w:numFmt w:val="bullet"/>
      <w:lvlText w:val="•"/>
      <w:lvlJc w:val="left"/>
      <w:pPr>
        <w:ind w:left="49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4" w15:restartNumberingAfterBreak="0">
    <w:nsid w:val="7C8C56C0"/>
    <w:multiLevelType w:val="hybridMultilevel"/>
    <w:tmpl w:val="76FE4D4C"/>
    <w:lvl w:ilvl="0" w:tplc="A9688A6E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num w:numId="1" w16cid:durableId="449008262">
    <w:abstractNumId w:val="8"/>
  </w:num>
  <w:num w:numId="2" w16cid:durableId="602689602">
    <w:abstractNumId w:val="6"/>
  </w:num>
  <w:num w:numId="3" w16cid:durableId="660500381">
    <w:abstractNumId w:val="5"/>
  </w:num>
  <w:num w:numId="4" w16cid:durableId="2058119872">
    <w:abstractNumId w:val="4"/>
  </w:num>
  <w:num w:numId="5" w16cid:durableId="2055501258">
    <w:abstractNumId w:val="7"/>
  </w:num>
  <w:num w:numId="6" w16cid:durableId="47383797">
    <w:abstractNumId w:val="3"/>
  </w:num>
  <w:num w:numId="7" w16cid:durableId="2145806712">
    <w:abstractNumId w:val="2"/>
  </w:num>
  <w:num w:numId="8" w16cid:durableId="1441221461">
    <w:abstractNumId w:val="1"/>
  </w:num>
  <w:num w:numId="9" w16cid:durableId="1665083915">
    <w:abstractNumId w:val="0"/>
  </w:num>
  <w:num w:numId="10" w16cid:durableId="998508538">
    <w:abstractNumId w:val="12"/>
  </w:num>
  <w:num w:numId="11" w16cid:durableId="1992514079">
    <w:abstractNumId w:val="9"/>
  </w:num>
  <w:num w:numId="12" w16cid:durableId="31804519">
    <w:abstractNumId w:val="13"/>
  </w:num>
  <w:num w:numId="13" w16cid:durableId="1381634409">
    <w:abstractNumId w:val="10"/>
  </w:num>
  <w:num w:numId="14" w16cid:durableId="98456338">
    <w:abstractNumId w:val="11"/>
  </w:num>
  <w:num w:numId="15" w16cid:durableId="16479698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BD2"/>
    <w:rsid w:val="0006063C"/>
    <w:rsid w:val="0015074B"/>
    <w:rsid w:val="0029639D"/>
    <w:rsid w:val="00326F90"/>
    <w:rsid w:val="005C024B"/>
    <w:rsid w:val="00745A8C"/>
    <w:rsid w:val="00AA1D8D"/>
    <w:rsid w:val="00B47730"/>
    <w:rsid w:val="00BF08C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22110F"/>
  <w14:defaultImageDpi w14:val="300"/>
  <w15:docId w15:val="{7DC70685-9957-4A72-BF3B-F64F21CE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398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Orlando Suárez Cámara</cp:lastModifiedBy>
  <cp:revision>3</cp:revision>
  <dcterms:created xsi:type="dcterms:W3CDTF">2013-12-23T23:15:00Z</dcterms:created>
  <dcterms:modified xsi:type="dcterms:W3CDTF">2026-09-28T17:33:00Z</dcterms:modified>
  <cp:category/>
</cp:coreProperties>
</file>